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0DBB5" w14:textId="77777777" w:rsidR="00C55433" w:rsidRDefault="00000000">
      <w:pPr>
        <w:jc w:val="center"/>
      </w:pPr>
      <w:r>
        <w:rPr>
          <w:noProof/>
        </w:rPr>
        <w:drawing>
          <wp:inline distT="0" distB="0" distL="0" distR="0" wp14:anchorId="195C46E8" wp14:editId="04190156">
            <wp:extent cx="5400000" cy="135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00.png"/>
                    <pic:cNvPicPr/>
                  </pic:nvPicPr>
                  <pic:blipFill>
                    <a:blip r:embed="rId8"/>
                    <a:stretch>
                      <a:fillRect/>
                    </a:stretch>
                  </pic:blipFill>
                  <pic:spPr>
                    <a:xfrm>
                      <a:off x="0" y="0"/>
                      <a:ext cx="5400000" cy="1350000"/>
                    </a:xfrm>
                    <a:prstGeom prst="rect">
                      <a:avLst/>
                    </a:prstGeom>
                  </pic:spPr>
                </pic:pic>
              </a:graphicData>
            </a:graphic>
          </wp:inline>
        </w:drawing>
      </w:r>
    </w:p>
    <w:p w14:paraId="0EC98F31" w14:textId="77777777" w:rsidR="00C55433" w:rsidRDefault="00000000">
      <w:pPr>
        <w:pStyle w:val="Tytu"/>
        <w:jc w:val="center"/>
      </w:pPr>
      <w:r>
        <w:t>Zgłoszenie do projektu Od atrakcji do pobytu</w:t>
      </w:r>
    </w:p>
    <w:p w14:paraId="6586F582" w14:textId="77777777" w:rsidR="00C55433" w:rsidRDefault="00000000">
      <w:pPr>
        <w:jc w:val="center"/>
      </w:pPr>
      <w:r>
        <w:rPr>
          <w:b/>
          <w:sz w:val="24"/>
        </w:rPr>
        <w:t>Pakiety pobytowe jako narzędzie zrównoważonego zarządzania turystyką na obszarach wiejskich</w:t>
      </w:r>
    </w:p>
    <w:p w14:paraId="05856A9A" w14:textId="77777777" w:rsidR="00C55433" w:rsidRDefault="00000000">
      <w:r>
        <w:t>Celem naboru jest wyłonienie miejscowości, obszarów, atrakcji, wydarzeń i usług, które mogą zostać wykorzystane do opracowania pakietów pobytowych promujących turystykę na obszarach wiejskich. Na tym etapie nie trzeba przedstawiać gotowego pakietu ani mieć ostatecznych uzgodnień ze wszystkimi partnerami. Wybrane zgłoszenia zostaną objęte wsparciem eksperckim.</w:t>
      </w:r>
    </w:p>
    <w:p w14:paraId="6A573869" w14:textId="77777777" w:rsidR="00C55433" w:rsidRDefault="00000000">
      <w:pPr>
        <w:pStyle w:val="Nagwek2"/>
        <w:spacing w:before="140" w:after="60"/>
      </w:pPr>
      <w:r>
        <w:t>Instrukcja wypełnienia</w:t>
      </w:r>
    </w:p>
    <w:p w14:paraId="2F1C0344" w14:textId="77777777" w:rsidR="00C55433" w:rsidRDefault="00000000">
      <w:r>
        <w:t>Formularz można wypełnić elektronicznie albo odręcznie. Prosimy wypełnić część ogólną, a następnie - zależnie od rodzaju zgłoszenia - część A albo część B oraz obowiązkową część C. Pola oznaczone gwiazdką są wymagane.</w:t>
      </w:r>
    </w:p>
    <w:p w14:paraId="60B6097D" w14:textId="77777777" w:rsidR="00C55433" w:rsidRDefault="00000000">
      <w:r>
        <w:t>Wypełniony formularz należy przesłać do 6 listopada 2026 r. na adres: sekretariat@psorw.pl.</w:t>
      </w:r>
    </w:p>
    <w:p w14:paraId="4296ECAF" w14:textId="77777777" w:rsidR="00C55433" w:rsidRDefault="00000000">
      <w:pPr>
        <w:spacing w:before="80" w:after="120"/>
      </w:pPr>
      <w:r>
        <w:rPr>
          <w:b/>
          <w:color w:val="006E73"/>
        </w:rPr>
        <w:t>Udział w projekcie jest bezpłatny. Przesłanie formularza nie oznacza automatycznego zakwalifikowania zgłoszenia ani publikacji oferty.</w:t>
      </w:r>
    </w:p>
    <w:p w14:paraId="3302BB1C" w14:textId="77777777" w:rsidR="00C55433" w:rsidRDefault="00000000">
      <w:r>
        <w:br w:type="page"/>
      </w:r>
    </w:p>
    <w:p w14:paraId="0AD0EA3B" w14:textId="77777777" w:rsidR="00C55433" w:rsidRDefault="00000000">
      <w:pPr>
        <w:pStyle w:val="Nagwek1"/>
        <w:spacing w:before="80" w:after="140"/>
      </w:pPr>
      <w:r>
        <w:lastRenderedPageBreak/>
        <w:t>Dane zgłaszającego</w:t>
      </w:r>
    </w:p>
    <w:p w14:paraId="0BB690BC" w14:textId="77777777" w:rsidR="00C55433" w:rsidRDefault="00000000">
      <w:pPr>
        <w:keepNext/>
        <w:spacing w:before="120" w:after="40"/>
      </w:pPr>
      <w:r>
        <w:rPr>
          <w:b/>
          <w:sz w:val="21"/>
        </w:rPr>
        <w:t>1. Czy chcesz zgłosić miejscowość, obszar lub pojedynczą ofertę do projektu Od atrakcji do pobytu?</w:t>
      </w:r>
      <w:r>
        <w:rPr>
          <w:b/>
        </w:rPr>
        <w:t xml:space="preserve"> *</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9978"/>
      </w:tblGrid>
      <w:tr w:rsidR="00C55433" w14:paraId="750F4D3C" w14:textId="77777777">
        <w:trPr>
          <w:cantSplit/>
        </w:trPr>
        <w:tc>
          <w:tcPr>
            <w:tcW w:w="9978" w:type="dxa"/>
            <w:tcMar>
              <w:top w:w="45" w:type="dxa"/>
              <w:left w:w="60" w:type="dxa"/>
              <w:bottom w:w="45" w:type="dxa"/>
              <w:right w:w="60" w:type="dxa"/>
            </w:tcMar>
            <w:vAlign w:val="center"/>
          </w:tcPr>
          <w:p w14:paraId="75DB31B8" w14:textId="77777777" w:rsidR="00C55433" w:rsidRDefault="00000000">
            <w:pPr>
              <w:spacing w:after="0"/>
            </w:pPr>
            <w:r>
              <w:rPr>
                <w:sz w:val="19"/>
              </w:rPr>
              <w:t>☐  Tak, chcę przesłać zgłoszenie do projektu.</w:t>
            </w:r>
          </w:p>
        </w:tc>
      </w:tr>
    </w:tbl>
    <w:p w14:paraId="6712FE7D" w14:textId="77777777" w:rsidR="00C55433" w:rsidRDefault="00C55433">
      <w:pPr>
        <w:spacing w:after="0"/>
      </w:pPr>
    </w:p>
    <w:p w14:paraId="5EB9FFD0" w14:textId="77777777" w:rsidR="00C55433" w:rsidRDefault="00000000">
      <w:pPr>
        <w:keepNext/>
        <w:spacing w:before="120" w:after="40"/>
      </w:pPr>
      <w:r>
        <w:rPr>
          <w:b/>
          <w:sz w:val="21"/>
        </w:rPr>
        <w:t>2. Nazwa podmiotu lub osoby dokonującej zgłoszenia</w:t>
      </w:r>
      <w:r>
        <w:rPr>
          <w:b/>
        </w:rPr>
        <w:t xml:space="preserve"> *</w:t>
      </w:r>
    </w:p>
    <w:p w14:paraId="2097B8D0" w14:textId="77777777" w:rsidR="00C55433" w:rsidRDefault="00000000">
      <w:pPr>
        <w:spacing w:after="60"/>
        <w:ind w:left="227"/>
      </w:pPr>
      <w:r>
        <w:rPr>
          <w:i/>
          <w:color w:val="5A5A5A"/>
          <w:sz w:val="17"/>
        </w:rPr>
        <w:t>Np. gmina, sołectwo, organizacja, instytucja, firma, właściciel obiektu lub osoba prywatna.</w:t>
      </w:r>
    </w:p>
    <w:tbl>
      <w:tblPr>
        <w:tblW w:w="0" w:type="auto"/>
        <w:tblBorders>
          <w:top w:val="single" w:sz="4" w:space="0" w:color="D9E2E3"/>
          <w:left w:val="single" w:sz="4" w:space="0" w:color="D9E2E3"/>
          <w:bottom w:val="single" w:sz="4" w:space="0" w:color="D9E2E3"/>
          <w:right w:val="single" w:sz="4" w:space="0" w:color="D9E2E3"/>
          <w:insideH w:val="single" w:sz="4" w:space="0" w:color="D9E2E3"/>
          <w:insideV w:val="single" w:sz="4" w:space="0" w:color="D9E2E3"/>
        </w:tblBorders>
        <w:tblLayout w:type="fixed"/>
        <w:tblLook w:val="04A0" w:firstRow="1" w:lastRow="0" w:firstColumn="1" w:lastColumn="0" w:noHBand="0" w:noVBand="1"/>
      </w:tblPr>
      <w:tblGrid>
        <w:gridCol w:w="9978"/>
      </w:tblGrid>
      <w:tr w:rsidR="00C55433" w14:paraId="625166CC" w14:textId="77777777">
        <w:trPr>
          <w:cantSplit/>
        </w:trPr>
        <w:tc>
          <w:tcPr>
            <w:tcW w:w="9978" w:type="dxa"/>
            <w:shd w:val="clear" w:color="auto" w:fill="FFFFFF"/>
            <w:tcMar>
              <w:top w:w="120" w:type="dxa"/>
              <w:left w:w="140" w:type="dxa"/>
              <w:bottom w:w="120" w:type="dxa"/>
              <w:right w:w="140" w:type="dxa"/>
            </w:tcMar>
          </w:tcPr>
          <w:p w14:paraId="7799CCC4" w14:textId="00711AB3" w:rsidR="00C55433" w:rsidRDefault="00000000">
            <w:pPr>
              <w:spacing w:after="0"/>
            </w:pPr>
            <w:r>
              <w:rPr>
                <w:sz w:val="19"/>
              </w:rPr>
              <w:t xml:space="preserve">                                                                                                                       </w:t>
            </w:r>
          </w:p>
        </w:tc>
      </w:tr>
    </w:tbl>
    <w:p w14:paraId="67E19A04" w14:textId="77777777" w:rsidR="00C55433" w:rsidRDefault="00C55433">
      <w:pPr>
        <w:spacing w:after="0"/>
      </w:pPr>
    </w:p>
    <w:p w14:paraId="54DE7999" w14:textId="77777777" w:rsidR="00C55433" w:rsidRDefault="00000000">
      <w:pPr>
        <w:keepNext/>
        <w:spacing w:before="120" w:after="40"/>
      </w:pPr>
      <w:r>
        <w:rPr>
          <w:b/>
          <w:sz w:val="21"/>
        </w:rPr>
        <w:t>3. Imię i nazwisko osoby do kontaktu</w:t>
      </w:r>
      <w:r>
        <w:rPr>
          <w:b/>
        </w:rPr>
        <w:t xml:space="preserve"> *</w:t>
      </w:r>
    </w:p>
    <w:tbl>
      <w:tblPr>
        <w:tblW w:w="0" w:type="auto"/>
        <w:tblBorders>
          <w:top w:val="single" w:sz="4" w:space="0" w:color="D9E2E3"/>
          <w:left w:val="single" w:sz="4" w:space="0" w:color="D9E2E3"/>
          <w:bottom w:val="single" w:sz="4" w:space="0" w:color="D9E2E3"/>
          <w:right w:val="single" w:sz="4" w:space="0" w:color="D9E2E3"/>
          <w:insideH w:val="single" w:sz="4" w:space="0" w:color="D9E2E3"/>
          <w:insideV w:val="single" w:sz="4" w:space="0" w:color="D9E2E3"/>
        </w:tblBorders>
        <w:tblLayout w:type="fixed"/>
        <w:tblLook w:val="04A0" w:firstRow="1" w:lastRow="0" w:firstColumn="1" w:lastColumn="0" w:noHBand="0" w:noVBand="1"/>
      </w:tblPr>
      <w:tblGrid>
        <w:gridCol w:w="9978"/>
      </w:tblGrid>
      <w:tr w:rsidR="00C55433" w14:paraId="6FB98C21" w14:textId="77777777">
        <w:trPr>
          <w:cantSplit/>
        </w:trPr>
        <w:tc>
          <w:tcPr>
            <w:tcW w:w="9978" w:type="dxa"/>
            <w:shd w:val="clear" w:color="auto" w:fill="FFFFFF"/>
            <w:tcMar>
              <w:top w:w="120" w:type="dxa"/>
              <w:left w:w="140" w:type="dxa"/>
              <w:bottom w:w="120" w:type="dxa"/>
              <w:right w:w="140" w:type="dxa"/>
            </w:tcMar>
          </w:tcPr>
          <w:p w14:paraId="75EBBCDE" w14:textId="77777777" w:rsidR="00C55433" w:rsidRDefault="00000000">
            <w:pPr>
              <w:spacing w:after="0"/>
            </w:pPr>
            <w:r>
              <w:rPr>
                <w:sz w:val="19"/>
              </w:rPr>
              <w:t xml:space="preserve">                                                                                                                        </w:t>
            </w:r>
          </w:p>
        </w:tc>
      </w:tr>
    </w:tbl>
    <w:p w14:paraId="3C41B504" w14:textId="77777777" w:rsidR="00C55433" w:rsidRDefault="00C55433">
      <w:pPr>
        <w:spacing w:after="0"/>
      </w:pPr>
    </w:p>
    <w:p w14:paraId="3FCA2B00" w14:textId="77777777" w:rsidR="00C55433" w:rsidRDefault="00000000">
      <w:pPr>
        <w:keepNext/>
        <w:spacing w:before="120" w:after="40"/>
      </w:pPr>
      <w:r>
        <w:rPr>
          <w:b/>
          <w:sz w:val="21"/>
        </w:rPr>
        <w:t>4. Adres e-mail osoby do kontaktu</w:t>
      </w:r>
      <w:r>
        <w:rPr>
          <w:b/>
        </w:rPr>
        <w:t xml:space="preserve"> *</w:t>
      </w:r>
    </w:p>
    <w:tbl>
      <w:tblPr>
        <w:tblW w:w="0" w:type="auto"/>
        <w:tblBorders>
          <w:top w:val="single" w:sz="4" w:space="0" w:color="D9E2E3"/>
          <w:left w:val="single" w:sz="4" w:space="0" w:color="D9E2E3"/>
          <w:bottom w:val="single" w:sz="4" w:space="0" w:color="D9E2E3"/>
          <w:right w:val="single" w:sz="4" w:space="0" w:color="D9E2E3"/>
          <w:insideH w:val="single" w:sz="4" w:space="0" w:color="D9E2E3"/>
          <w:insideV w:val="single" w:sz="4" w:space="0" w:color="D9E2E3"/>
        </w:tblBorders>
        <w:tblLayout w:type="fixed"/>
        <w:tblLook w:val="04A0" w:firstRow="1" w:lastRow="0" w:firstColumn="1" w:lastColumn="0" w:noHBand="0" w:noVBand="1"/>
      </w:tblPr>
      <w:tblGrid>
        <w:gridCol w:w="9978"/>
      </w:tblGrid>
      <w:tr w:rsidR="00C55433" w14:paraId="450CB051" w14:textId="77777777">
        <w:trPr>
          <w:cantSplit/>
        </w:trPr>
        <w:tc>
          <w:tcPr>
            <w:tcW w:w="9978" w:type="dxa"/>
            <w:shd w:val="clear" w:color="auto" w:fill="FFFFFF"/>
            <w:tcMar>
              <w:top w:w="120" w:type="dxa"/>
              <w:left w:w="140" w:type="dxa"/>
              <w:bottom w:w="120" w:type="dxa"/>
              <w:right w:w="140" w:type="dxa"/>
            </w:tcMar>
          </w:tcPr>
          <w:p w14:paraId="49E082F4" w14:textId="77777777" w:rsidR="00C55433" w:rsidRDefault="00000000">
            <w:pPr>
              <w:spacing w:after="0"/>
            </w:pPr>
            <w:r>
              <w:rPr>
                <w:sz w:val="19"/>
              </w:rPr>
              <w:t xml:space="preserve">                                                                                                                        </w:t>
            </w:r>
          </w:p>
        </w:tc>
      </w:tr>
    </w:tbl>
    <w:p w14:paraId="12D4FFED" w14:textId="77777777" w:rsidR="00C55433" w:rsidRDefault="00C55433">
      <w:pPr>
        <w:spacing w:after="0"/>
      </w:pPr>
    </w:p>
    <w:p w14:paraId="106ADB2D" w14:textId="77777777" w:rsidR="00C55433" w:rsidRDefault="00000000">
      <w:pPr>
        <w:keepNext/>
        <w:spacing w:before="120" w:after="40"/>
      </w:pPr>
      <w:r>
        <w:rPr>
          <w:b/>
          <w:sz w:val="21"/>
        </w:rPr>
        <w:t>5. Numer telefonu osoby do kontaktu</w:t>
      </w:r>
    </w:p>
    <w:tbl>
      <w:tblPr>
        <w:tblW w:w="0" w:type="auto"/>
        <w:tblBorders>
          <w:top w:val="single" w:sz="4" w:space="0" w:color="D9E2E3"/>
          <w:left w:val="single" w:sz="4" w:space="0" w:color="D9E2E3"/>
          <w:bottom w:val="single" w:sz="4" w:space="0" w:color="D9E2E3"/>
          <w:right w:val="single" w:sz="4" w:space="0" w:color="D9E2E3"/>
          <w:insideH w:val="single" w:sz="4" w:space="0" w:color="D9E2E3"/>
          <w:insideV w:val="single" w:sz="4" w:space="0" w:color="D9E2E3"/>
        </w:tblBorders>
        <w:tblLayout w:type="fixed"/>
        <w:tblLook w:val="04A0" w:firstRow="1" w:lastRow="0" w:firstColumn="1" w:lastColumn="0" w:noHBand="0" w:noVBand="1"/>
      </w:tblPr>
      <w:tblGrid>
        <w:gridCol w:w="9978"/>
      </w:tblGrid>
      <w:tr w:rsidR="00C55433" w14:paraId="01F9006C" w14:textId="77777777">
        <w:trPr>
          <w:cantSplit/>
        </w:trPr>
        <w:tc>
          <w:tcPr>
            <w:tcW w:w="9978" w:type="dxa"/>
            <w:shd w:val="clear" w:color="auto" w:fill="FFFFFF"/>
            <w:tcMar>
              <w:top w:w="120" w:type="dxa"/>
              <w:left w:w="140" w:type="dxa"/>
              <w:bottom w:w="120" w:type="dxa"/>
              <w:right w:w="140" w:type="dxa"/>
            </w:tcMar>
          </w:tcPr>
          <w:p w14:paraId="6E670A09" w14:textId="77777777" w:rsidR="00C55433" w:rsidRDefault="00000000">
            <w:pPr>
              <w:spacing w:after="0"/>
            </w:pPr>
            <w:r>
              <w:rPr>
                <w:sz w:val="19"/>
              </w:rPr>
              <w:t xml:space="preserve">                                                                                                                        </w:t>
            </w:r>
          </w:p>
        </w:tc>
      </w:tr>
    </w:tbl>
    <w:p w14:paraId="4891DA2B" w14:textId="77777777" w:rsidR="00C55433" w:rsidRDefault="00C55433">
      <w:pPr>
        <w:spacing w:after="0"/>
      </w:pPr>
    </w:p>
    <w:p w14:paraId="1E6B8089" w14:textId="77777777" w:rsidR="00C55433" w:rsidRDefault="00000000">
      <w:pPr>
        <w:keepNext/>
        <w:spacing w:before="120" w:after="40"/>
      </w:pPr>
      <w:r>
        <w:rPr>
          <w:b/>
          <w:sz w:val="21"/>
        </w:rPr>
        <w:t>6. Co chcesz zgłosić do projektu?</w:t>
      </w:r>
      <w:r>
        <w:rPr>
          <w:b/>
        </w:rPr>
        <w:t xml:space="preserve"> *</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9978"/>
      </w:tblGrid>
      <w:tr w:rsidR="00C55433" w14:paraId="299D9A57" w14:textId="77777777">
        <w:trPr>
          <w:cantSplit/>
        </w:trPr>
        <w:tc>
          <w:tcPr>
            <w:tcW w:w="9978" w:type="dxa"/>
            <w:tcMar>
              <w:top w:w="45" w:type="dxa"/>
              <w:left w:w="60" w:type="dxa"/>
              <w:bottom w:w="45" w:type="dxa"/>
              <w:right w:w="60" w:type="dxa"/>
            </w:tcMar>
            <w:vAlign w:val="center"/>
          </w:tcPr>
          <w:p w14:paraId="1D2EDB3E" w14:textId="77777777" w:rsidR="00C55433" w:rsidRDefault="00000000">
            <w:pPr>
              <w:spacing w:after="0"/>
            </w:pPr>
            <w:r>
              <w:rPr>
                <w:sz w:val="19"/>
              </w:rPr>
              <w:t>☐  Miejscowość lub spójny obszar, dla którego może powstać pakiet pobytowy - wypełnij część A.</w:t>
            </w:r>
          </w:p>
        </w:tc>
      </w:tr>
      <w:tr w:rsidR="00C55433" w14:paraId="3396E26A" w14:textId="77777777">
        <w:trPr>
          <w:cantSplit/>
        </w:trPr>
        <w:tc>
          <w:tcPr>
            <w:tcW w:w="9978" w:type="dxa"/>
            <w:tcMar>
              <w:top w:w="45" w:type="dxa"/>
              <w:left w:w="60" w:type="dxa"/>
              <w:bottom w:w="45" w:type="dxa"/>
              <w:right w:w="60" w:type="dxa"/>
            </w:tcMar>
            <w:vAlign w:val="center"/>
          </w:tcPr>
          <w:p w14:paraId="1E36B3A7" w14:textId="77777777" w:rsidR="00C55433" w:rsidRDefault="00000000">
            <w:pPr>
              <w:spacing w:after="0"/>
            </w:pPr>
            <w:r>
              <w:rPr>
                <w:sz w:val="19"/>
              </w:rPr>
              <w:t>☐  Pojedyncze miejsce, atrakcję, wydarzenie, nocleg, usługę lub inną ofertę - wypełnij część B.</w:t>
            </w:r>
          </w:p>
        </w:tc>
      </w:tr>
    </w:tbl>
    <w:p w14:paraId="3E78C0B1" w14:textId="77777777" w:rsidR="00C55433" w:rsidRDefault="00C55433">
      <w:pPr>
        <w:spacing w:after="0"/>
      </w:pPr>
    </w:p>
    <w:p w14:paraId="39852B61" w14:textId="77777777" w:rsidR="00C55433" w:rsidRDefault="00000000">
      <w:pPr>
        <w:spacing w:before="80" w:after="120"/>
      </w:pPr>
      <w:r>
        <w:rPr>
          <w:b/>
          <w:color w:val="006E73"/>
        </w:rPr>
        <w:t>Po wypełnieniu części A albo B przejdź do obowiązkowej części C.</w:t>
      </w:r>
    </w:p>
    <w:p w14:paraId="44DE035A" w14:textId="77777777" w:rsidR="00C55433" w:rsidRDefault="00000000">
      <w:r>
        <w:br w:type="page"/>
      </w:r>
    </w:p>
    <w:p w14:paraId="143368BE" w14:textId="77777777" w:rsidR="00C55433" w:rsidRDefault="00000000">
      <w:pPr>
        <w:pStyle w:val="Nagwek1"/>
        <w:spacing w:before="80" w:after="140"/>
      </w:pPr>
      <w:r>
        <w:lastRenderedPageBreak/>
        <w:t>A  Zgłoszenie miejscowości lub obszaru</w:t>
      </w:r>
    </w:p>
    <w:p w14:paraId="1345FAB9" w14:textId="77777777" w:rsidR="00C55433" w:rsidRDefault="00000000">
      <w:r>
        <w:t>Tę część wypełniają osoby zgłaszające miejscowość albo spójny obszar, dla którego może zostać opracowany jeden lub kilka pakietów pobytowych. Nie trzeba przedstawiać gotowego programu pobytu - wystarczy wskazać potencjał, najważniejsze miejsca i możliwych partnerów.</w:t>
      </w:r>
    </w:p>
    <w:p w14:paraId="7EB0396F" w14:textId="77777777" w:rsidR="00C55433" w:rsidRDefault="00000000">
      <w:pPr>
        <w:keepNext/>
        <w:spacing w:before="120" w:after="40"/>
      </w:pPr>
      <w:r>
        <w:rPr>
          <w:b/>
          <w:sz w:val="21"/>
        </w:rPr>
        <w:t>7. Nazwa zgłaszanej miejscowości lub obszaru</w:t>
      </w:r>
      <w:r>
        <w:rPr>
          <w:b/>
        </w:rPr>
        <w:t xml:space="preserve"> *</w:t>
      </w:r>
    </w:p>
    <w:p w14:paraId="49985A4C" w14:textId="77777777" w:rsidR="00C55433" w:rsidRDefault="00000000">
      <w:pPr>
        <w:spacing w:after="60"/>
        <w:ind w:left="227"/>
      </w:pPr>
      <w:r>
        <w:rPr>
          <w:i/>
          <w:color w:val="5A5A5A"/>
          <w:sz w:val="17"/>
        </w:rPr>
        <w:t>Jeżeli zgłoszenie obejmuje kilka miejscowości, proszę wymienić je wszystkie.</w:t>
      </w:r>
    </w:p>
    <w:tbl>
      <w:tblPr>
        <w:tblW w:w="0" w:type="auto"/>
        <w:tblBorders>
          <w:top w:val="single" w:sz="4" w:space="0" w:color="D9E2E3"/>
          <w:left w:val="single" w:sz="4" w:space="0" w:color="D9E2E3"/>
          <w:bottom w:val="single" w:sz="4" w:space="0" w:color="D9E2E3"/>
          <w:right w:val="single" w:sz="4" w:space="0" w:color="D9E2E3"/>
          <w:insideH w:val="single" w:sz="4" w:space="0" w:color="D9E2E3"/>
          <w:insideV w:val="single" w:sz="4" w:space="0" w:color="D9E2E3"/>
        </w:tblBorders>
        <w:tblLayout w:type="fixed"/>
        <w:tblLook w:val="04A0" w:firstRow="1" w:lastRow="0" w:firstColumn="1" w:lastColumn="0" w:noHBand="0" w:noVBand="1"/>
      </w:tblPr>
      <w:tblGrid>
        <w:gridCol w:w="9978"/>
      </w:tblGrid>
      <w:tr w:rsidR="00C55433" w14:paraId="77F63ED2" w14:textId="77777777">
        <w:trPr>
          <w:cantSplit/>
        </w:trPr>
        <w:tc>
          <w:tcPr>
            <w:tcW w:w="9978" w:type="dxa"/>
            <w:shd w:val="clear" w:color="auto" w:fill="FFFFFF"/>
            <w:tcMar>
              <w:top w:w="120" w:type="dxa"/>
              <w:left w:w="140" w:type="dxa"/>
              <w:bottom w:w="120" w:type="dxa"/>
              <w:right w:w="140" w:type="dxa"/>
            </w:tcMar>
          </w:tcPr>
          <w:p w14:paraId="74CD02ED" w14:textId="77777777" w:rsidR="00C55433" w:rsidRDefault="00000000">
            <w:pPr>
              <w:spacing w:after="0"/>
            </w:pPr>
            <w:r>
              <w:rPr>
                <w:sz w:val="19"/>
              </w:rPr>
              <w:t xml:space="preserve">                                                                                                                        </w:t>
            </w:r>
          </w:p>
        </w:tc>
      </w:tr>
    </w:tbl>
    <w:p w14:paraId="3CD500E4" w14:textId="77777777" w:rsidR="00C55433" w:rsidRDefault="00C55433">
      <w:pPr>
        <w:spacing w:after="0"/>
      </w:pPr>
    </w:p>
    <w:p w14:paraId="528FF562" w14:textId="77777777" w:rsidR="00C55433" w:rsidRDefault="00000000">
      <w:pPr>
        <w:keepNext/>
        <w:spacing w:before="120" w:after="40"/>
      </w:pPr>
      <w:r>
        <w:rPr>
          <w:b/>
          <w:sz w:val="21"/>
        </w:rPr>
        <w:t>8. Położenie zgłaszanego obszaru</w:t>
      </w:r>
      <w:r>
        <w:rPr>
          <w:b/>
        </w:rPr>
        <w:t xml:space="preserve"> *</w:t>
      </w:r>
    </w:p>
    <w:p w14:paraId="77C5802C" w14:textId="77777777" w:rsidR="00C55433" w:rsidRDefault="00000000">
      <w:pPr>
        <w:spacing w:after="60"/>
        <w:ind w:left="227"/>
      </w:pPr>
      <w:r>
        <w:rPr>
          <w:i/>
          <w:color w:val="5A5A5A"/>
          <w:sz w:val="17"/>
        </w:rPr>
        <w:t>Proszę podać gminę, powiat i województwo.</w:t>
      </w:r>
    </w:p>
    <w:tbl>
      <w:tblPr>
        <w:tblW w:w="0" w:type="auto"/>
        <w:tblBorders>
          <w:top w:val="single" w:sz="4" w:space="0" w:color="D9E2E3"/>
          <w:left w:val="single" w:sz="4" w:space="0" w:color="D9E2E3"/>
          <w:bottom w:val="single" w:sz="4" w:space="0" w:color="D9E2E3"/>
          <w:right w:val="single" w:sz="4" w:space="0" w:color="D9E2E3"/>
          <w:insideH w:val="single" w:sz="4" w:space="0" w:color="D9E2E3"/>
          <w:insideV w:val="single" w:sz="4" w:space="0" w:color="D9E2E3"/>
        </w:tblBorders>
        <w:tblLayout w:type="fixed"/>
        <w:tblLook w:val="04A0" w:firstRow="1" w:lastRow="0" w:firstColumn="1" w:lastColumn="0" w:noHBand="0" w:noVBand="1"/>
      </w:tblPr>
      <w:tblGrid>
        <w:gridCol w:w="9978"/>
      </w:tblGrid>
      <w:tr w:rsidR="00C55433" w14:paraId="32C401A7" w14:textId="77777777">
        <w:trPr>
          <w:cantSplit/>
        </w:trPr>
        <w:tc>
          <w:tcPr>
            <w:tcW w:w="9978" w:type="dxa"/>
            <w:shd w:val="clear" w:color="auto" w:fill="FFFFFF"/>
            <w:tcMar>
              <w:top w:w="120" w:type="dxa"/>
              <w:left w:w="140" w:type="dxa"/>
              <w:bottom w:w="120" w:type="dxa"/>
              <w:right w:w="140" w:type="dxa"/>
            </w:tcMar>
          </w:tcPr>
          <w:p w14:paraId="6ED31470" w14:textId="77777777" w:rsidR="00C55433" w:rsidRDefault="00000000">
            <w:pPr>
              <w:spacing w:after="0"/>
            </w:pPr>
            <w:r>
              <w:rPr>
                <w:sz w:val="19"/>
              </w:rPr>
              <w:t xml:space="preserve">                                                                                                                        </w:t>
            </w:r>
          </w:p>
        </w:tc>
      </w:tr>
    </w:tbl>
    <w:p w14:paraId="24802BFA" w14:textId="77777777" w:rsidR="00C55433" w:rsidRDefault="00C55433">
      <w:pPr>
        <w:spacing w:after="0"/>
      </w:pPr>
    </w:p>
    <w:p w14:paraId="6423D429" w14:textId="77777777" w:rsidR="00C55433" w:rsidRDefault="00000000">
      <w:pPr>
        <w:keepNext/>
        <w:spacing w:before="120" w:after="40"/>
      </w:pPr>
      <w:r>
        <w:rPr>
          <w:b/>
          <w:sz w:val="21"/>
        </w:rPr>
        <w:t>9. Czy zgłaszana miejscowość lub obszar jest związany z dotychczasowymi produktami lub certyfikatami Stowarzyszenia Polska Sieć Odnowy i Rozwoju Wsi?</w:t>
      </w:r>
      <w:r>
        <w:rPr>
          <w:b/>
        </w:rPr>
        <w:t xml:space="preserve"> *</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989"/>
        <w:gridCol w:w="4989"/>
      </w:tblGrid>
      <w:tr w:rsidR="00C55433" w14:paraId="1800F77D" w14:textId="77777777">
        <w:trPr>
          <w:cantSplit/>
        </w:trPr>
        <w:tc>
          <w:tcPr>
            <w:tcW w:w="4989" w:type="dxa"/>
            <w:tcMar>
              <w:top w:w="45" w:type="dxa"/>
              <w:left w:w="60" w:type="dxa"/>
              <w:bottom w:w="45" w:type="dxa"/>
              <w:right w:w="60" w:type="dxa"/>
            </w:tcMar>
            <w:vAlign w:val="center"/>
          </w:tcPr>
          <w:p w14:paraId="4D8F0787" w14:textId="77777777" w:rsidR="00C55433" w:rsidRDefault="00000000">
            <w:pPr>
              <w:spacing w:after="0"/>
            </w:pPr>
            <w:r>
              <w:rPr>
                <w:sz w:val="19"/>
              </w:rPr>
              <w:t>☐  miejscowość należy do Sieci Najciekawszych Wsi</w:t>
            </w:r>
          </w:p>
        </w:tc>
        <w:tc>
          <w:tcPr>
            <w:tcW w:w="4989" w:type="dxa"/>
            <w:tcMar>
              <w:top w:w="45" w:type="dxa"/>
              <w:left w:w="60" w:type="dxa"/>
              <w:bottom w:w="45" w:type="dxa"/>
              <w:right w:w="60" w:type="dxa"/>
            </w:tcMar>
            <w:vAlign w:val="center"/>
          </w:tcPr>
          <w:p w14:paraId="0320AFB2" w14:textId="77777777" w:rsidR="00C55433" w:rsidRDefault="00000000">
            <w:pPr>
              <w:spacing w:after="0"/>
            </w:pPr>
            <w:r>
              <w:rPr>
                <w:sz w:val="19"/>
              </w:rPr>
              <w:t>☐  miejscowość posiada status potwierdzony potencjał</w:t>
            </w:r>
          </w:p>
        </w:tc>
      </w:tr>
      <w:tr w:rsidR="00C55433" w14:paraId="658EBF82" w14:textId="77777777">
        <w:trPr>
          <w:cantSplit/>
        </w:trPr>
        <w:tc>
          <w:tcPr>
            <w:tcW w:w="4989" w:type="dxa"/>
            <w:tcMar>
              <w:top w:w="45" w:type="dxa"/>
              <w:left w:w="60" w:type="dxa"/>
              <w:bottom w:w="45" w:type="dxa"/>
              <w:right w:w="60" w:type="dxa"/>
            </w:tcMar>
            <w:vAlign w:val="center"/>
          </w:tcPr>
          <w:p w14:paraId="78233640" w14:textId="77777777" w:rsidR="00C55433" w:rsidRDefault="00000000">
            <w:pPr>
              <w:spacing w:after="0"/>
            </w:pPr>
            <w:r>
              <w:rPr>
                <w:sz w:val="19"/>
              </w:rPr>
              <w:t>☐  na obszarze znajdują się certyfikowane Miejsca Ciekawe</w:t>
            </w:r>
          </w:p>
        </w:tc>
        <w:tc>
          <w:tcPr>
            <w:tcW w:w="4989" w:type="dxa"/>
            <w:tcMar>
              <w:top w:w="45" w:type="dxa"/>
              <w:left w:w="60" w:type="dxa"/>
              <w:bottom w:w="45" w:type="dxa"/>
              <w:right w:w="60" w:type="dxa"/>
            </w:tcMar>
            <w:vAlign w:val="center"/>
          </w:tcPr>
          <w:p w14:paraId="79E51CCC" w14:textId="77777777" w:rsidR="00C55433" w:rsidRDefault="00000000">
            <w:pPr>
              <w:spacing w:after="0"/>
            </w:pPr>
            <w:r>
              <w:rPr>
                <w:sz w:val="19"/>
              </w:rPr>
              <w:t>☐  miejscowość lub obszar posiada inne certyfikaty albo wyróżnienia</w:t>
            </w:r>
          </w:p>
        </w:tc>
      </w:tr>
      <w:tr w:rsidR="00C55433" w14:paraId="15A0E04D" w14:textId="77777777">
        <w:trPr>
          <w:cantSplit/>
        </w:trPr>
        <w:tc>
          <w:tcPr>
            <w:tcW w:w="4989" w:type="dxa"/>
            <w:tcMar>
              <w:top w:w="45" w:type="dxa"/>
              <w:left w:w="60" w:type="dxa"/>
              <w:bottom w:w="45" w:type="dxa"/>
              <w:right w:w="60" w:type="dxa"/>
            </w:tcMar>
            <w:vAlign w:val="center"/>
          </w:tcPr>
          <w:p w14:paraId="3055D2BE" w14:textId="77777777" w:rsidR="00C55433" w:rsidRDefault="00000000">
            <w:pPr>
              <w:spacing w:after="0"/>
            </w:pPr>
            <w:r>
              <w:rPr>
                <w:sz w:val="19"/>
              </w:rPr>
              <w:t>☐  żadne z powyższych</w:t>
            </w:r>
          </w:p>
        </w:tc>
        <w:tc>
          <w:tcPr>
            <w:tcW w:w="4989" w:type="dxa"/>
            <w:tcMar>
              <w:top w:w="45" w:type="dxa"/>
              <w:left w:w="60" w:type="dxa"/>
              <w:bottom w:w="45" w:type="dxa"/>
              <w:right w:w="60" w:type="dxa"/>
            </w:tcMar>
            <w:vAlign w:val="center"/>
          </w:tcPr>
          <w:p w14:paraId="678287CE" w14:textId="77777777" w:rsidR="00C55433" w:rsidRDefault="00000000">
            <w:pPr>
              <w:spacing w:after="0"/>
            </w:pPr>
            <w:r>
              <w:rPr>
                <w:sz w:val="19"/>
              </w:rPr>
              <w:t>☐  nie wiem</w:t>
            </w:r>
          </w:p>
        </w:tc>
      </w:tr>
    </w:tbl>
    <w:p w14:paraId="57C9A41E" w14:textId="77777777" w:rsidR="00C55433" w:rsidRDefault="00C55433">
      <w:pPr>
        <w:spacing w:after="0"/>
      </w:pPr>
    </w:p>
    <w:p w14:paraId="6DA9EAF0" w14:textId="77777777" w:rsidR="00C55433" w:rsidRDefault="00000000">
      <w:pPr>
        <w:keepNext/>
        <w:spacing w:before="120" w:after="40"/>
      </w:pPr>
      <w:r>
        <w:rPr>
          <w:b/>
          <w:sz w:val="21"/>
        </w:rPr>
        <w:t>10. Nazwa certyfikatu, statusu lub wyróżnienia</w:t>
      </w:r>
    </w:p>
    <w:tbl>
      <w:tblPr>
        <w:tblW w:w="0" w:type="auto"/>
        <w:tblBorders>
          <w:top w:val="single" w:sz="4" w:space="0" w:color="D9E2E3"/>
          <w:left w:val="single" w:sz="4" w:space="0" w:color="D9E2E3"/>
          <w:bottom w:val="single" w:sz="4" w:space="0" w:color="D9E2E3"/>
          <w:right w:val="single" w:sz="4" w:space="0" w:color="D9E2E3"/>
          <w:insideH w:val="single" w:sz="4" w:space="0" w:color="D9E2E3"/>
          <w:insideV w:val="single" w:sz="4" w:space="0" w:color="D9E2E3"/>
        </w:tblBorders>
        <w:tblLayout w:type="fixed"/>
        <w:tblLook w:val="04A0" w:firstRow="1" w:lastRow="0" w:firstColumn="1" w:lastColumn="0" w:noHBand="0" w:noVBand="1"/>
      </w:tblPr>
      <w:tblGrid>
        <w:gridCol w:w="9978"/>
      </w:tblGrid>
      <w:tr w:rsidR="00C55433" w14:paraId="5F70090A" w14:textId="77777777">
        <w:trPr>
          <w:cantSplit/>
        </w:trPr>
        <w:tc>
          <w:tcPr>
            <w:tcW w:w="9978" w:type="dxa"/>
            <w:shd w:val="clear" w:color="auto" w:fill="FFFFFF"/>
            <w:tcMar>
              <w:top w:w="120" w:type="dxa"/>
              <w:left w:w="140" w:type="dxa"/>
              <w:bottom w:w="120" w:type="dxa"/>
              <w:right w:w="140" w:type="dxa"/>
            </w:tcMar>
          </w:tcPr>
          <w:p w14:paraId="2AA6E370" w14:textId="77777777" w:rsidR="00C55433" w:rsidRDefault="00000000">
            <w:pPr>
              <w:spacing w:after="0"/>
            </w:pPr>
            <w:r>
              <w:rPr>
                <w:sz w:val="19"/>
              </w:rPr>
              <w:t xml:space="preserve">                                                                                                                        </w:t>
            </w:r>
          </w:p>
        </w:tc>
      </w:tr>
    </w:tbl>
    <w:p w14:paraId="6817BE2A" w14:textId="77777777" w:rsidR="00C55433" w:rsidRDefault="00C55433">
      <w:pPr>
        <w:spacing w:after="0"/>
      </w:pPr>
    </w:p>
    <w:p w14:paraId="71E742EC" w14:textId="77777777" w:rsidR="00C55433" w:rsidRDefault="00000000">
      <w:pPr>
        <w:keepNext/>
        <w:spacing w:before="120" w:after="40"/>
      </w:pPr>
      <w:r>
        <w:rPr>
          <w:b/>
          <w:sz w:val="21"/>
        </w:rPr>
        <w:t>11. Co wyróżnia zgłaszaną miejscowość lub obszar?</w:t>
      </w:r>
      <w:r>
        <w:rPr>
          <w:b/>
        </w:rPr>
        <w:t xml:space="preserve"> *</w:t>
      </w:r>
    </w:p>
    <w:p w14:paraId="4FFF46A1" w14:textId="77777777" w:rsidR="00C55433" w:rsidRDefault="00000000">
      <w:pPr>
        <w:spacing w:after="60"/>
        <w:ind w:left="227"/>
      </w:pPr>
      <w:r>
        <w:rPr>
          <w:i/>
          <w:color w:val="5A5A5A"/>
          <w:sz w:val="17"/>
        </w:rPr>
        <w:t>Proszę krótko opisać charakter miejsca, historię, krajobraz, tradycje lub inne elementy, wokół których można zbudować pobyt.</w:t>
      </w:r>
    </w:p>
    <w:tbl>
      <w:tblPr>
        <w:tblW w:w="0" w:type="auto"/>
        <w:tblBorders>
          <w:top w:val="single" w:sz="4" w:space="0" w:color="D9E2E3"/>
          <w:left w:val="single" w:sz="4" w:space="0" w:color="D9E2E3"/>
          <w:bottom w:val="single" w:sz="4" w:space="0" w:color="D9E2E3"/>
          <w:right w:val="single" w:sz="4" w:space="0" w:color="D9E2E3"/>
          <w:insideH w:val="single" w:sz="4" w:space="0" w:color="D9E2E3"/>
          <w:insideV w:val="single" w:sz="4" w:space="0" w:color="D9E2E3"/>
        </w:tblBorders>
        <w:tblLayout w:type="fixed"/>
        <w:tblLook w:val="04A0" w:firstRow="1" w:lastRow="0" w:firstColumn="1" w:lastColumn="0" w:noHBand="0" w:noVBand="1"/>
      </w:tblPr>
      <w:tblGrid>
        <w:gridCol w:w="9978"/>
      </w:tblGrid>
      <w:tr w:rsidR="00C55433" w14:paraId="73C33B91" w14:textId="77777777">
        <w:trPr>
          <w:cantSplit/>
        </w:trPr>
        <w:tc>
          <w:tcPr>
            <w:tcW w:w="9978" w:type="dxa"/>
            <w:shd w:val="clear" w:color="auto" w:fill="FFFFFF"/>
            <w:tcMar>
              <w:top w:w="120" w:type="dxa"/>
              <w:left w:w="140" w:type="dxa"/>
              <w:bottom w:w="120" w:type="dxa"/>
              <w:right w:w="140" w:type="dxa"/>
            </w:tcMar>
          </w:tcPr>
          <w:p w14:paraId="0F4561BD" w14:textId="77777777" w:rsidR="00C55433" w:rsidRDefault="00000000">
            <w:pPr>
              <w:spacing w:after="0"/>
            </w:pPr>
            <w:r>
              <w:rPr>
                <w:sz w:val="19"/>
              </w:rPr>
              <w:t xml:space="preserve">                                                                                                                        </w:t>
            </w:r>
            <w:r>
              <w:rPr>
                <w:sz w:val="19"/>
              </w:rPr>
              <w:br/>
              <w:t xml:space="preserve">                                                                                                                        </w:t>
            </w:r>
            <w:r>
              <w:rPr>
                <w:sz w:val="19"/>
              </w:rPr>
              <w:br/>
              <w:t xml:space="preserve">                                                                                                                        </w:t>
            </w:r>
          </w:p>
        </w:tc>
      </w:tr>
    </w:tbl>
    <w:p w14:paraId="23D11473" w14:textId="77777777" w:rsidR="00C55433" w:rsidRDefault="00C55433">
      <w:pPr>
        <w:spacing w:after="0"/>
      </w:pPr>
    </w:p>
    <w:p w14:paraId="270A5379" w14:textId="77777777" w:rsidR="00C55433" w:rsidRDefault="00000000">
      <w:r>
        <w:br w:type="page"/>
      </w:r>
    </w:p>
    <w:p w14:paraId="52311EAD" w14:textId="77777777" w:rsidR="00C55433" w:rsidRDefault="00000000">
      <w:pPr>
        <w:keepNext/>
        <w:spacing w:before="120" w:after="40"/>
      </w:pPr>
      <w:r>
        <w:rPr>
          <w:b/>
          <w:sz w:val="21"/>
        </w:rPr>
        <w:lastRenderedPageBreak/>
        <w:t>12. Jakie elementy oferty są dostępne na zgłaszanym obszarze?</w:t>
      </w:r>
      <w:r>
        <w:rPr>
          <w:b/>
        </w:rPr>
        <w:t xml:space="preserve"> *</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989"/>
        <w:gridCol w:w="4989"/>
      </w:tblGrid>
      <w:tr w:rsidR="00C55433" w14:paraId="5D110E6E" w14:textId="77777777">
        <w:trPr>
          <w:cantSplit/>
        </w:trPr>
        <w:tc>
          <w:tcPr>
            <w:tcW w:w="4989" w:type="dxa"/>
            <w:tcMar>
              <w:top w:w="45" w:type="dxa"/>
              <w:left w:w="60" w:type="dxa"/>
              <w:bottom w:w="45" w:type="dxa"/>
              <w:right w:w="60" w:type="dxa"/>
            </w:tcMar>
            <w:vAlign w:val="center"/>
          </w:tcPr>
          <w:p w14:paraId="4172A4E5" w14:textId="77777777" w:rsidR="00C55433" w:rsidRDefault="00000000">
            <w:pPr>
              <w:spacing w:after="0"/>
            </w:pPr>
            <w:r>
              <w:rPr>
                <w:sz w:val="19"/>
              </w:rPr>
              <w:t>☐  atrakcje i miejsca do zwiedzania</w:t>
            </w:r>
          </w:p>
        </w:tc>
        <w:tc>
          <w:tcPr>
            <w:tcW w:w="4989" w:type="dxa"/>
            <w:tcMar>
              <w:top w:w="45" w:type="dxa"/>
              <w:left w:w="60" w:type="dxa"/>
              <w:bottom w:w="45" w:type="dxa"/>
              <w:right w:w="60" w:type="dxa"/>
            </w:tcMar>
            <w:vAlign w:val="center"/>
          </w:tcPr>
          <w:p w14:paraId="662CBB0F" w14:textId="77777777" w:rsidR="00C55433" w:rsidRDefault="00000000">
            <w:pPr>
              <w:spacing w:after="0"/>
            </w:pPr>
            <w:r>
              <w:rPr>
                <w:sz w:val="19"/>
              </w:rPr>
              <w:t>☐  szlaki piesze, rowerowe lub inne trasy</w:t>
            </w:r>
          </w:p>
        </w:tc>
      </w:tr>
      <w:tr w:rsidR="00C55433" w14:paraId="516BE5BF" w14:textId="77777777">
        <w:trPr>
          <w:cantSplit/>
        </w:trPr>
        <w:tc>
          <w:tcPr>
            <w:tcW w:w="4989" w:type="dxa"/>
            <w:tcMar>
              <w:top w:w="45" w:type="dxa"/>
              <w:left w:w="60" w:type="dxa"/>
              <w:bottom w:w="45" w:type="dxa"/>
              <w:right w:w="60" w:type="dxa"/>
            </w:tcMar>
            <w:vAlign w:val="center"/>
          </w:tcPr>
          <w:p w14:paraId="726385F2" w14:textId="77777777" w:rsidR="00C55433" w:rsidRDefault="00000000">
            <w:pPr>
              <w:spacing w:after="0"/>
            </w:pPr>
            <w:r>
              <w:rPr>
                <w:sz w:val="19"/>
              </w:rPr>
              <w:t>☐  wydarzenia lokalne</w:t>
            </w:r>
          </w:p>
        </w:tc>
        <w:tc>
          <w:tcPr>
            <w:tcW w:w="4989" w:type="dxa"/>
            <w:tcMar>
              <w:top w:w="45" w:type="dxa"/>
              <w:left w:w="60" w:type="dxa"/>
              <w:bottom w:w="45" w:type="dxa"/>
              <w:right w:w="60" w:type="dxa"/>
            </w:tcMar>
            <w:vAlign w:val="center"/>
          </w:tcPr>
          <w:p w14:paraId="6F169C02" w14:textId="77777777" w:rsidR="00C55433" w:rsidRDefault="00000000">
            <w:pPr>
              <w:spacing w:after="0"/>
            </w:pPr>
            <w:r>
              <w:rPr>
                <w:sz w:val="19"/>
              </w:rPr>
              <w:t>☐  warsztaty, zajęcia lub zwiedzanie z przewodnikiem</w:t>
            </w:r>
          </w:p>
        </w:tc>
      </w:tr>
      <w:tr w:rsidR="00C55433" w14:paraId="3DE33E3B" w14:textId="77777777">
        <w:trPr>
          <w:cantSplit/>
        </w:trPr>
        <w:tc>
          <w:tcPr>
            <w:tcW w:w="4989" w:type="dxa"/>
            <w:tcMar>
              <w:top w:w="45" w:type="dxa"/>
              <w:left w:w="60" w:type="dxa"/>
              <w:bottom w:w="45" w:type="dxa"/>
              <w:right w:w="60" w:type="dxa"/>
            </w:tcMar>
            <w:vAlign w:val="center"/>
          </w:tcPr>
          <w:p w14:paraId="3359B551" w14:textId="77777777" w:rsidR="00C55433" w:rsidRDefault="00000000">
            <w:pPr>
              <w:spacing w:after="0"/>
            </w:pPr>
            <w:r>
              <w:rPr>
                <w:sz w:val="19"/>
              </w:rPr>
              <w:t>☐  gastronomia</w:t>
            </w:r>
          </w:p>
        </w:tc>
        <w:tc>
          <w:tcPr>
            <w:tcW w:w="4989" w:type="dxa"/>
            <w:tcMar>
              <w:top w:w="45" w:type="dxa"/>
              <w:left w:w="60" w:type="dxa"/>
              <w:bottom w:w="45" w:type="dxa"/>
              <w:right w:w="60" w:type="dxa"/>
            </w:tcMar>
            <w:vAlign w:val="center"/>
          </w:tcPr>
          <w:p w14:paraId="138DB19B" w14:textId="77777777" w:rsidR="00C55433" w:rsidRDefault="00000000">
            <w:pPr>
              <w:spacing w:after="0"/>
            </w:pPr>
            <w:r>
              <w:rPr>
                <w:sz w:val="19"/>
              </w:rPr>
              <w:t>☐  miejsca noclegowe</w:t>
            </w:r>
          </w:p>
        </w:tc>
      </w:tr>
      <w:tr w:rsidR="00C55433" w14:paraId="08EBD2DB" w14:textId="77777777">
        <w:trPr>
          <w:cantSplit/>
        </w:trPr>
        <w:tc>
          <w:tcPr>
            <w:tcW w:w="4989" w:type="dxa"/>
            <w:tcMar>
              <w:top w:w="45" w:type="dxa"/>
              <w:left w:w="60" w:type="dxa"/>
              <w:bottom w:w="45" w:type="dxa"/>
              <w:right w:w="60" w:type="dxa"/>
            </w:tcMar>
            <w:vAlign w:val="center"/>
          </w:tcPr>
          <w:p w14:paraId="51D73CBE" w14:textId="77777777" w:rsidR="00C55433" w:rsidRDefault="00000000">
            <w:pPr>
              <w:spacing w:after="0"/>
            </w:pPr>
            <w:r>
              <w:rPr>
                <w:sz w:val="19"/>
              </w:rPr>
              <w:t>☐  lokalne produkty i rękodzieło</w:t>
            </w:r>
          </w:p>
        </w:tc>
        <w:tc>
          <w:tcPr>
            <w:tcW w:w="4989" w:type="dxa"/>
            <w:tcMar>
              <w:top w:w="45" w:type="dxa"/>
              <w:left w:w="60" w:type="dxa"/>
              <w:bottom w:w="45" w:type="dxa"/>
              <w:right w:w="60" w:type="dxa"/>
            </w:tcMar>
            <w:vAlign w:val="center"/>
          </w:tcPr>
          <w:p w14:paraId="494220A9" w14:textId="77777777" w:rsidR="00C55433" w:rsidRDefault="00000000">
            <w:pPr>
              <w:spacing w:after="0"/>
            </w:pPr>
            <w:r>
              <w:rPr>
                <w:sz w:val="19"/>
              </w:rPr>
              <w:t>☐  inne: ........................................................</w:t>
            </w:r>
          </w:p>
        </w:tc>
      </w:tr>
    </w:tbl>
    <w:p w14:paraId="5A04DEC5" w14:textId="77777777" w:rsidR="00C55433" w:rsidRDefault="00C55433">
      <w:pPr>
        <w:spacing w:after="0"/>
      </w:pPr>
    </w:p>
    <w:p w14:paraId="07E302C9" w14:textId="77777777" w:rsidR="00C55433" w:rsidRDefault="00000000">
      <w:pPr>
        <w:keepNext/>
        <w:spacing w:before="120" w:after="40"/>
      </w:pPr>
      <w:r>
        <w:rPr>
          <w:b/>
          <w:sz w:val="21"/>
        </w:rPr>
        <w:t>13. Jakie najważniejsze miejsca i atrakcje znajdują się na zgłaszanym obszarze?</w:t>
      </w:r>
      <w:r>
        <w:rPr>
          <w:b/>
        </w:rPr>
        <w:t xml:space="preserve"> *</w:t>
      </w:r>
    </w:p>
    <w:p w14:paraId="2AEE9CFB" w14:textId="77777777" w:rsidR="00C55433" w:rsidRDefault="00000000">
      <w:pPr>
        <w:spacing w:after="60"/>
        <w:ind w:left="227"/>
      </w:pPr>
      <w:r>
        <w:rPr>
          <w:i/>
          <w:color w:val="5A5A5A"/>
          <w:sz w:val="17"/>
        </w:rPr>
        <w:t>Proszę wymienić m.in. zabytki, miejsca przyrodnicze, punkty widokowe, muzea, izby regionalne, szlaki i inne miejsca warte odwiedzenia.</w:t>
      </w:r>
    </w:p>
    <w:tbl>
      <w:tblPr>
        <w:tblW w:w="0" w:type="auto"/>
        <w:tblBorders>
          <w:top w:val="single" w:sz="4" w:space="0" w:color="D9E2E3"/>
          <w:left w:val="single" w:sz="4" w:space="0" w:color="D9E2E3"/>
          <w:bottom w:val="single" w:sz="4" w:space="0" w:color="D9E2E3"/>
          <w:right w:val="single" w:sz="4" w:space="0" w:color="D9E2E3"/>
          <w:insideH w:val="single" w:sz="4" w:space="0" w:color="D9E2E3"/>
          <w:insideV w:val="single" w:sz="4" w:space="0" w:color="D9E2E3"/>
        </w:tblBorders>
        <w:tblLayout w:type="fixed"/>
        <w:tblLook w:val="04A0" w:firstRow="1" w:lastRow="0" w:firstColumn="1" w:lastColumn="0" w:noHBand="0" w:noVBand="1"/>
      </w:tblPr>
      <w:tblGrid>
        <w:gridCol w:w="9978"/>
      </w:tblGrid>
      <w:tr w:rsidR="00C55433" w14:paraId="3B1E9F89" w14:textId="77777777">
        <w:trPr>
          <w:cantSplit/>
        </w:trPr>
        <w:tc>
          <w:tcPr>
            <w:tcW w:w="9978" w:type="dxa"/>
            <w:shd w:val="clear" w:color="auto" w:fill="FFFFFF"/>
            <w:tcMar>
              <w:top w:w="120" w:type="dxa"/>
              <w:left w:w="140" w:type="dxa"/>
              <w:bottom w:w="120" w:type="dxa"/>
              <w:right w:w="140" w:type="dxa"/>
            </w:tcMar>
          </w:tcPr>
          <w:p w14:paraId="1F09195C" w14:textId="77777777" w:rsidR="00C55433" w:rsidRDefault="00000000">
            <w:pPr>
              <w:spacing w:after="0"/>
            </w:pPr>
            <w:r>
              <w:rPr>
                <w:sz w:val="19"/>
              </w:rPr>
              <w:t xml:space="preserve">                                                                                                                        </w:t>
            </w:r>
            <w:r>
              <w:rPr>
                <w:sz w:val="19"/>
              </w:rPr>
              <w:br/>
              <w:t xml:space="preserve">                                                                                                                        </w:t>
            </w:r>
            <w:r>
              <w:rPr>
                <w:sz w:val="19"/>
              </w:rPr>
              <w:br/>
              <w:t xml:space="preserve">                                                                                                                        </w:t>
            </w:r>
            <w:r>
              <w:rPr>
                <w:sz w:val="19"/>
              </w:rPr>
              <w:br/>
              <w:t xml:space="preserve">                                                                                                                        </w:t>
            </w:r>
          </w:p>
        </w:tc>
      </w:tr>
    </w:tbl>
    <w:p w14:paraId="20DB1EB1" w14:textId="77777777" w:rsidR="00C55433" w:rsidRDefault="00C55433">
      <w:pPr>
        <w:spacing w:after="0"/>
      </w:pPr>
    </w:p>
    <w:p w14:paraId="11353090" w14:textId="77777777" w:rsidR="00C55433" w:rsidRDefault="00000000">
      <w:pPr>
        <w:keepNext/>
        <w:spacing w:before="120" w:after="40"/>
      </w:pPr>
      <w:r>
        <w:rPr>
          <w:b/>
          <w:sz w:val="21"/>
        </w:rPr>
        <w:t>14. Jakie wydarzenia, zajęcia lub doświadczenia można zaproponować odwiedzającym?</w:t>
      </w:r>
    </w:p>
    <w:p w14:paraId="4094C9FF" w14:textId="77777777" w:rsidR="00C55433" w:rsidRDefault="00000000">
      <w:pPr>
        <w:spacing w:after="60"/>
        <w:ind w:left="227"/>
      </w:pPr>
      <w:r>
        <w:rPr>
          <w:i/>
          <w:color w:val="5A5A5A"/>
          <w:sz w:val="17"/>
        </w:rPr>
        <w:t>Np. warsztaty, zwiedzanie z przewodnikiem, wydarzenia cykliczne, aktywności terenowe, spotkania z mieszkańcami, prezentacje tradycji lub lokalnej kuchni.</w:t>
      </w:r>
    </w:p>
    <w:tbl>
      <w:tblPr>
        <w:tblW w:w="0" w:type="auto"/>
        <w:tblBorders>
          <w:top w:val="single" w:sz="4" w:space="0" w:color="D9E2E3"/>
          <w:left w:val="single" w:sz="4" w:space="0" w:color="D9E2E3"/>
          <w:bottom w:val="single" w:sz="4" w:space="0" w:color="D9E2E3"/>
          <w:right w:val="single" w:sz="4" w:space="0" w:color="D9E2E3"/>
          <w:insideH w:val="single" w:sz="4" w:space="0" w:color="D9E2E3"/>
          <w:insideV w:val="single" w:sz="4" w:space="0" w:color="D9E2E3"/>
        </w:tblBorders>
        <w:tblLayout w:type="fixed"/>
        <w:tblLook w:val="04A0" w:firstRow="1" w:lastRow="0" w:firstColumn="1" w:lastColumn="0" w:noHBand="0" w:noVBand="1"/>
      </w:tblPr>
      <w:tblGrid>
        <w:gridCol w:w="9978"/>
      </w:tblGrid>
      <w:tr w:rsidR="00C55433" w14:paraId="14D57FE9" w14:textId="77777777">
        <w:trPr>
          <w:cantSplit/>
        </w:trPr>
        <w:tc>
          <w:tcPr>
            <w:tcW w:w="9978" w:type="dxa"/>
            <w:shd w:val="clear" w:color="auto" w:fill="FFFFFF"/>
            <w:tcMar>
              <w:top w:w="120" w:type="dxa"/>
              <w:left w:w="140" w:type="dxa"/>
              <w:bottom w:w="120" w:type="dxa"/>
              <w:right w:w="140" w:type="dxa"/>
            </w:tcMar>
          </w:tcPr>
          <w:p w14:paraId="271612A1" w14:textId="77777777" w:rsidR="00C55433" w:rsidRDefault="00000000">
            <w:pPr>
              <w:spacing w:after="0"/>
            </w:pPr>
            <w:r>
              <w:rPr>
                <w:sz w:val="19"/>
              </w:rPr>
              <w:t xml:space="preserve">                                                                                                                        </w:t>
            </w:r>
            <w:r>
              <w:rPr>
                <w:sz w:val="19"/>
              </w:rPr>
              <w:br/>
              <w:t xml:space="preserve">                                                                                                                        </w:t>
            </w:r>
            <w:r>
              <w:rPr>
                <w:sz w:val="19"/>
              </w:rPr>
              <w:br/>
              <w:t xml:space="preserve">                                                                                                                        </w:t>
            </w:r>
          </w:p>
        </w:tc>
      </w:tr>
    </w:tbl>
    <w:p w14:paraId="5D98C3D1" w14:textId="77777777" w:rsidR="00C55433" w:rsidRDefault="00C55433">
      <w:pPr>
        <w:spacing w:after="0"/>
      </w:pPr>
    </w:p>
    <w:p w14:paraId="489D0F47" w14:textId="77777777" w:rsidR="00C55433" w:rsidRDefault="00000000">
      <w:pPr>
        <w:keepNext/>
        <w:spacing w:before="120" w:after="40"/>
      </w:pPr>
      <w:r>
        <w:rPr>
          <w:b/>
          <w:sz w:val="21"/>
        </w:rPr>
        <w:t>15. Dla jakich odbiorców ten obszar może być szczególnie interesujący?</w:t>
      </w:r>
      <w:r>
        <w:rPr>
          <w:b/>
        </w:rPr>
        <w:t xml:space="preserve"> *</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989"/>
        <w:gridCol w:w="4989"/>
      </w:tblGrid>
      <w:tr w:rsidR="00C55433" w14:paraId="09BBBB4B" w14:textId="77777777">
        <w:trPr>
          <w:cantSplit/>
        </w:trPr>
        <w:tc>
          <w:tcPr>
            <w:tcW w:w="4989" w:type="dxa"/>
            <w:tcMar>
              <w:top w:w="45" w:type="dxa"/>
              <w:left w:w="60" w:type="dxa"/>
              <w:bottom w:w="45" w:type="dxa"/>
              <w:right w:w="60" w:type="dxa"/>
            </w:tcMar>
            <w:vAlign w:val="center"/>
          </w:tcPr>
          <w:p w14:paraId="4C5FF547" w14:textId="77777777" w:rsidR="00C55433" w:rsidRDefault="00000000">
            <w:pPr>
              <w:spacing w:after="0"/>
            </w:pPr>
            <w:r>
              <w:rPr>
                <w:sz w:val="19"/>
              </w:rPr>
              <w:t>☐  rodziny z dziećmi</w:t>
            </w:r>
          </w:p>
        </w:tc>
        <w:tc>
          <w:tcPr>
            <w:tcW w:w="4989" w:type="dxa"/>
            <w:tcMar>
              <w:top w:w="45" w:type="dxa"/>
              <w:left w:w="60" w:type="dxa"/>
              <w:bottom w:w="45" w:type="dxa"/>
              <w:right w:w="60" w:type="dxa"/>
            </w:tcMar>
            <w:vAlign w:val="center"/>
          </w:tcPr>
          <w:p w14:paraId="18518082" w14:textId="77777777" w:rsidR="00C55433" w:rsidRDefault="00000000">
            <w:pPr>
              <w:spacing w:after="0"/>
            </w:pPr>
            <w:r>
              <w:rPr>
                <w:sz w:val="19"/>
              </w:rPr>
              <w:t>☐  osoby dorosłe podróżujące bez dzieci</w:t>
            </w:r>
          </w:p>
        </w:tc>
      </w:tr>
      <w:tr w:rsidR="00C55433" w14:paraId="3FC4E72F" w14:textId="77777777">
        <w:trPr>
          <w:cantSplit/>
        </w:trPr>
        <w:tc>
          <w:tcPr>
            <w:tcW w:w="4989" w:type="dxa"/>
            <w:tcMar>
              <w:top w:w="45" w:type="dxa"/>
              <w:left w:w="60" w:type="dxa"/>
              <w:bottom w:w="45" w:type="dxa"/>
              <w:right w:w="60" w:type="dxa"/>
            </w:tcMar>
            <w:vAlign w:val="center"/>
          </w:tcPr>
          <w:p w14:paraId="020CEB57" w14:textId="77777777" w:rsidR="00C55433" w:rsidRDefault="00000000">
            <w:pPr>
              <w:spacing w:after="0"/>
            </w:pPr>
            <w:r>
              <w:rPr>
                <w:sz w:val="19"/>
              </w:rPr>
              <w:t>☐  seniorzy</w:t>
            </w:r>
          </w:p>
        </w:tc>
        <w:tc>
          <w:tcPr>
            <w:tcW w:w="4989" w:type="dxa"/>
            <w:tcMar>
              <w:top w:w="45" w:type="dxa"/>
              <w:left w:w="60" w:type="dxa"/>
              <w:bottom w:w="45" w:type="dxa"/>
              <w:right w:w="60" w:type="dxa"/>
            </w:tcMar>
            <w:vAlign w:val="center"/>
          </w:tcPr>
          <w:p w14:paraId="44AD19D5" w14:textId="77777777" w:rsidR="00C55433" w:rsidRDefault="00000000">
            <w:pPr>
              <w:spacing w:after="0"/>
            </w:pPr>
            <w:r>
              <w:rPr>
                <w:sz w:val="19"/>
              </w:rPr>
              <w:t>☐  młodzież i grupy szkolne</w:t>
            </w:r>
          </w:p>
        </w:tc>
      </w:tr>
      <w:tr w:rsidR="00C55433" w14:paraId="54AC6E48" w14:textId="77777777">
        <w:trPr>
          <w:cantSplit/>
        </w:trPr>
        <w:tc>
          <w:tcPr>
            <w:tcW w:w="4989" w:type="dxa"/>
            <w:tcMar>
              <w:top w:w="45" w:type="dxa"/>
              <w:left w:w="60" w:type="dxa"/>
              <w:bottom w:w="45" w:type="dxa"/>
              <w:right w:w="60" w:type="dxa"/>
            </w:tcMar>
            <w:vAlign w:val="center"/>
          </w:tcPr>
          <w:p w14:paraId="7FE5C8A4" w14:textId="77777777" w:rsidR="00C55433" w:rsidRDefault="00000000">
            <w:pPr>
              <w:spacing w:after="0"/>
            </w:pPr>
            <w:r>
              <w:rPr>
                <w:sz w:val="19"/>
              </w:rPr>
              <w:t>☐  osoby aktywne - pieszo lub rowerowo</w:t>
            </w:r>
          </w:p>
        </w:tc>
        <w:tc>
          <w:tcPr>
            <w:tcW w:w="4989" w:type="dxa"/>
            <w:tcMar>
              <w:top w:w="45" w:type="dxa"/>
              <w:left w:w="60" w:type="dxa"/>
              <w:bottom w:w="45" w:type="dxa"/>
              <w:right w:w="60" w:type="dxa"/>
            </w:tcMar>
            <w:vAlign w:val="center"/>
          </w:tcPr>
          <w:p w14:paraId="2D4F423A" w14:textId="77777777" w:rsidR="00C55433" w:rsidRDefault="00000000">
            <w:pPr>
              <w:spacing w:after="0"/>
            </w:pPr>
            <w:r>
              <w:rPr>
                <w:sz w:val="19"/>
              </w:rPr>
              <w:t>☐  osoby zainteresowane historią i dziedzictwem</w:t>
            </w:r>
          </w:p>
        </w:tc>
      </w:tr>
      <w:tr w:rsidR="00C55433" w14:paraId="59663EFD" w14:textId="77777777">
        <w:trPr>
          <w:cantSplit/>
        </w:trPr>
        <w:tc>
          <w:tcPr>
            <w:tcW w:w="4989" w:type="dxa"/>
            <w:tcMar>
              <w:top w:w="45" w:type="dxa"/>
              <w:left w:w="60" w:type="dxa"/>
              <w:bottom w:w="45" w:type="dxa"/>
              <w:right w:w="60" w:type="dxa"/>
            </w:tcMar>
            <w:vAlign w:val="center"/>
          </w:tcPr>
          <w:p w14:paraId="760F975F" w14:textId="77777777" w:rsidR="00C55433" w:rsidRDefault="00000000">
            <w:pPr>
              <w:spacing w:after="0"/>
            </w:pPr>
            <w:r>
              <w:rPr>
                <w:sz w:val="19"/>
              </w:rPr>
              <w:t>☐  osoby zainteresowane przyrodą</w:t>
            </w:r>
          </w:p>
        </w:tc>
        <w:tc>
          <w:tcPr>
            <w:tcW w:w="4989" w:type="dxa"/>
            <w:tcMar>
              <w:top w:w="45" w:type="dxa"/>
              <w:left w:w="60" w:type="dxa"/>
              <w:bottom w:w="45" w:type="dxa"/>
              <w:right w:w="60" w:type="dxa"/>
            </w:tcMar>
            <w:vAlign w:val="center"/>
          </w:tcPr>
          <w:p w14:paraId="4F2F01D6" w14:textId="77777777" w:rsidR="00C55433" w:rsidRDefault="00000000">
            <w:pPr>
              <w:spacing w:after="0"/>
            </w:pPr>
            <w:r>
              <w:rPr>
                <w:sz w:val="19"/>
              </w:rPr>
              <w:t>☐  osoby poszukujące lokalnej kuchni, produktów i tradycji</w:t>
            </w:r>
          </w:p>
        </w:tc>
      </w:tr>
      <w:tr w:rsidR="00C55433" w14:paraId="2687F48F" w14:textId="77777777">
        <w:trPr>
          <w:cantSplit/>
        </w:trPr>
        <w:tc>
          <w:tcPr>
            <w:tcW w:w="4989" w:type="dxa"/>
            <w:tcMar>
              <w:top w:w="45" w:type="dxa"/>
              <w:left w:w="60" w:type="dxa"/>
              <w:bottom w:w="45" w:type="dxa"/>
              <w:right w:w="60" w:type="dxa"/>
            </w:tcMar>
            <w:vAlign w:val="center"/>
          </w:tcPr>
          <w:p w14:paraId="428B5E5B" w14:textId="77777777" w:rsidR="00C55433" w:rsidRDefault="00000000">
            <w:pPr>
              <w:spacing w:after="0"/>
            </w:pPr>
            <w:r>
              <w:rPr>
                <w:sz w:val="19"/>
              </w:rPr>
              <w:t>☐  osoby ze szczególnymi potrzebami</w:t>
            </w:r>
          </w:p>
        </w:tc>
        <w:tc>
          <w:tcPr>
            <w:tcW w:w="4989" w:type="dxa"/>
            <w:tcMar>
              <w:top w:w="45" w:type="dxa"/>
              <w:left w:w="60" w:type="dxa"/>
              <w:bottom w:w="45" w:type="dxa"/>
              <w:right w:w="60" w:type="dxa"/>
            </w:tcMar>
            <w:vAlign w:val="center"/>
          </w:tcPr>
          <w:p w14:paraId="77AF98DB" w14:textId="77777777" w:rsidR="00C55433" w:rsidRDefault="00000000">
            <w:pPr>
              <w:spacing w:after="0"/>
            </w:pPr>
            <w:r>
              <w:rPr>
                <w:sz w:val="19"/>
              </w:rPr>
              <w:t>☐  inne: ........................................................</w:t>
            </w:r>
          </w:p>
        </w:tc>
      </w:tr>
    </w:tbl>
    <w:p w14:paraId="48BDD41C" w14:textId="77777777" w:rsidR="00C55433" w:rsidRDefault="00C55433">
      <w:pPr>
        <w:spacing w:after="0"/>
      </w:pPr>
    </w:p>
    <w:p w14:paraId="357F1EEC" w14:textId="77777777" w:rsidR="00C55433" w:rsidRDefault="00000000">
      <w:r>
        <w:br w:type="page"/>
      </w:r>
    </w:p>
    <w:p w14:paraId="68D21B06" w14:textId="77777777" w:rsidR="00C55433" w:rsidRDefault="00000000">
      <w:pPr>
        <w:keepNext/>
        <w:spacing w:before="120" w:after="40"/>
      </w:pPr>
      <w:r>
        <w:rPr>
          <w:b/>
          <w:sz w:val="21"/>
        </w:rPr>
        <w:lastRenderedPageBreak/>
        <w:t>16. Jak długi pobyt można przygotować na tym obszarze?</w:t>
      </w:r>
      <w:r>
        <w:rPr>
          <w:b/>
        </w:rPr>
        <w:t xml:space="preserve"> *</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989"/>
        <w:gridCol w:w="4989"/>
      </w:tblGrid>
      <w:tr w:rsidR="00C55433" w14:paraId="5D690093" w14:textId="77777777">
        <w:trPr>
          <w:cantSplit/>
        </w:trPr>
        <w:tc>
          <w:tcPr>
            <w:tcW w:w="4989" w:type="dxa"/>
            <w:tcMar>
              <w:top w:w="45" w:type="dxa"/>
              <w:left w:w="60" w:type="dxa"/>
              <w:bottom w:w="45" w:type="dxa"/>
              <w:right w:w="60" w:type="dxa"/>
            </w:tcMar>
            <w:vAlign w:val="center"/>
          </w:tcPr>
          <w:p w14:paraId="5F63A678" w14:textId="77777777" w:rsidR="00C55433" w:rsidRDefault="00000000">
            <w:pPr>
              <w:spacing w:after="0"/>
            </w:pPr>
            <w:r>
              <w:rPr>
                <w:sz w:val="19"/>
              </w:rPr>
              <w:t>☐  kilka godzin</w:t>
            </w:r>
          </w:p>
        </w:tc>
        <w:tc>
          <w:tcPr>
            <w:tcW w:w="4989" w:type="dxa"/>
            <w:tcMar>
              <w:top w:w="45" w:type="dxa"/>
              <w:left w:w="60" w:type="dxa"/>
              <w:bottom w:w="45" w:type="dxa"/>
              <w:right w:w="60" w:type="dxa"/>
            </w:tcMar>
            <w:vAlign w:val="center"/>
          </w:tcPr>
          <w:p w14:paraId="0CF63C03" w14:textId="77777777" w:rsidR="00C55433" w:rsidRDefault="00000000">
            <w:pPr>
              <w:spacing w:after="0"/>
            </w:pPr>
            <w:r>
              <w:rPr>
                <w:sz w:val="19"/>
              </w:rPr>
              <w:t>☐  jeden dzień bez noclegu</w:t>
            </w:r>
          </w:p>
        </w:tc>
      </w:tr>
      <w:tr w:rsidR="00C55433" w14:paraId="48FCD659" w14:textId="77777777">
        <w:trPr>
          <w:cantSplit/>
        </w:trPr>
        <w:tc>
          <w:tcPr>
            <w:tcW w:w="4989" w:type="dxa"/>
            <w:tcMar>
              <w:top w:w="45" w:type="dxa"/>
              <w:left w:w="60" w:type="dxa"/>
              <w:bottom w:w="45" w:type="dxa"/>
              <w:right w:w="60" w:type="dxa"/>
            </w:tcMar>
            <w:vAlign w:val="center"/>
          </w:tcPr>
          <w:p w14:paraId="2047FE2A" w14:textId="77777777" w:rsidR="00C55433" w:rsidRDefault="00000000">
            <w:pPr>
              <w:spacing w:after="0"/>
            </w:pPr>
            <w:r>
              <w:rPr>
                <w:sz w:val="19"/>
              </w:rPr>
              <w:t>☐  dwa dni z jednym noclegiem</w:t>
            </w:r>
          </w:p>
        </w:tc>
        <w:tc>
          <w:tcPr>
            <w:tcW w:w="4989" w:type="dxa"/>
            <w:tcMar>
              <w:top w:w="45" w:type="dxa"/>
              <w:left w:w="60" w:type="dxa"/>
              <w:bottom w:w="45" w:type="dxa"/>
              <w:right w:w="60" w:type="dxa"/>
            </w:tcMar>
            <w:vAlign w:val="center"/>
          </w:tcPr>
          <w:p w14:paraId="04EE6748" w14:textId="77777777" w:rsidR="00C55433" w:rsidRDefault="00000000">
            <w:pPr>
              <w:spacing w:after="0"/>
            </w:pPr>
            <w:r>
              <w:rPr>
                <w:sz w:val="19"/>
              </w:rPr>
              <w:t>☐  trzy dni z dwoma noclegami</w:t>
            </w:r>
          </w:p>
        </w:tc>
      </w:tr>
      <w:tr w:rsidR="00C55433" w14:paraId="09A5E54B" w14:textId="77777777">
        <w:trPr>
          <w:cantSplit/>
        </w:trPr>
        <w:tc>
          <w:tcPr>
            <w:tcW w:w="4989" w:type="dxa"/>
            <w:tcMar>
              <w:top w:w="45" w:type="dxa"/>
              <w:left w:w="60" w:type="dxa"/>
              <w:bottom w:w="45" w:type="dxa"/>
              <w:right w:w="60" w:type="dxa"/>
            </w:tcMar>
            <w:vAlign w:val="center"/>
          </w:tcPr>
          <w:p w14:paraId="26B80015" w14:textId="77777777" w:rsidR="00C55433" w:rsidRDefault="00000000">
            <w:pPr>
              <w:spacing w:after="0"/>
            </w:pPr>
            <w:r>
              <w:rPr>
                <w:sz w:val="19"/>
              </w:rPr>
              <w:t>☐  dłuższy pobyt</w:t>
            </w:r>
          </w:p>
        </w:tc>
        <w:tc>
          <w:tcPr>
            <w:tcW w:w="4989" w:type="dxa"/>
            <w:tcMar>
              <w:top w:w="45" w:type="dxa"/>
              <w:left w:w="60" w:type="dxa"/>
              <w:bottom w:w="45" w:type="dxa"/>
              <w:right w:w="60" w:type="dxa"/>
            </w:tcMar>
            <w:vAlign w:val="center"/>
          </w:tcPr>
          <w:p w14:paraId="7BE7E0BE" w14:textId="77777777" w:rsidR="00C55433" w:rsidRDefault="00000000">
            <w:pPr>
              <w:spacing w:after="0"/>
            </w:pPr>
            <w:r>
              <w:rPr>
                <w:sz w:val="19"/>
              </w:rPr>
              <w:t>☐  trudno obecnie określić</w:t>
            </w:r>
          </w:p>
        </w:tc>
      </w:tr>
      <w:tr w:rsidR="00C55433" w14:paraId="6DEC3A60" w14:textId="77777777">
        <w:trPr>
          <w:cantSplit/>
        </w:trPr>
        <w:tc>
          <w:tcPr>
            <w:tcW w:w="4989" w:type="dxa"/>
            <w:tcMar>
              <w:top w:w="45" w:type="dxa"/>
              <w:left w:w="60" w:type="dxa"/>
              <w:bottom w:w="45" w:type="dxa"/>
              <w:right w:w="60" w:type="dxa"/>
            </w:tcMar>
            <w:vAlign w:val="center"/>
          </w:tcPr>
          <w:p w14:paraId="3C5A22EC" w14:textId="77777777" w:rsidR="00C55433" w:rsidRDefault="00000000">
            <w:pPr>
              <w:spacing w:after="0"/>
            </w:pPr>
            <w:r>
              <w:rPr>
                <w:sz w:val="19"/>
              </w:rPr>
              <w:t>☐  inne: ........................................................</w:t>
            </w:r>
          </w:p>
        </w:tc>
        <w:tc>
          <w:tcPr>
            <w:tcW w:w="4989" w:type="dxa"/>
          </w:tcPr>
          <w:p w14:paraId="68FA85CF" w14:textId="77777777" w:rsidR="00C55433" w:rsidRDefault="00C55433"/>
        </w:tc>
      </w:tr>
    </w:tbl>
    <w:p w14:paraId="1A886F76" w14:textId="77777777" w:rsidR="00C55433" w:rsidRDefault="00C55433">
      <w:pPr>
        <w:spacing w:after="0"/>
      </w:pPr>
    </w:p>
    <w:p w14:paraId="7F28BBA2" w14:textId="77777777" w:rsidR="00C55433" w:rsidRDefault="00000000">
      <w:pPr>
        <w:keepNext/>
        <w:spacing w:before="120" w:after="40"/>
      </w:pPr>
      <w:r>
        <w:rPr>
          <w:b/>
          <w:sz w:val="21"/>
        </w:rPr>
        <w:t>17. W jakich porach roku oferta może być dostępna?</w:t>
      </w:r>
      <w:r>
        <w:rPr>
          <w:b/>
        </w:rPr>
        <w:t xml:space="preserve"> *</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989"/>
        <w:gridCol w:w="4989"/>
      </w:tblGrid>
      <w:tr w:rsidR="00C55433" w14:paraId="4C3D9718" w14:textId="77777777">
        <w:trPr>
          <w:cantSplit/>
        </w:trPr>
        <w:tc>
          <w:tcPr>
            <w:tcW w:w="4989" w:type="dxa"/>
            <w:tcMar>
              <w:top w:w="45" w:type="dxa"/>
              <w:left w:w="60" w:type="dxa"/>
              <w:bottom w:w="45" w:type="dxa"/>
              <w:right w:w="60" w:type="dxa"/>
            </w:tcMar>
            <w:vAlign w:val="center"/>
          </w:tcPr>
          <w:p w14:paraId="58B337C7" w14:textId="77777777" w:rsidR="00C55433" w:rsidRDefault="00000000">
            <w:pPr>
              <w:spacing w:after="0"/>
            </w:pPr>
            <w:r>
              <w:rPr>
                <w:sz w:val="19"/>
              </w:rPr>
              <w:t>☐  wiosna</w:t>
            </w:r>
          </w:p>
        </w:tc>
        <w:tc>
          <w:tcPr>
            <w:tcW w:w="4989" w:type="dxa"/>
            <w:tcMar>
              <w:top w:w="45" w:type="dxa"/>
              <w:left w:w="60" w:type="dxa"/>
              <w:bottom w:w="45" w:type="dxa"/>
              <w:right w:w="60" w:type="dxa"/>
            </w:tcMar>
            <w:vAlign w:val="center"/>
          </w:tcPr>
          <w:p w14:paraId="6E6FA5EE" w14:textId="77777777" w:rsidR="00C55433" w:rsidRDefault="00000000">
            <w:pPr>
              <w:spacing w:after="0"/>
            </w:pPr>
            <w:r>
              <w:rPr>
                <w:sz w:val="19"/>
              </w:rPr>
              <w:t>☐  lato</w:t>
            </w:r>
          </w:p>
        </w:tc>
      </w:tr>
      <w:tr w:rsidR="00C55433" w14:paraId="4D79CD7B" w14:textId="77777777">
        <w:trPr>
          <w:cantSplit/>
        </w:trPr>
        <w:tc>
          <w:tcPr>
            <w:tcW w:w="4989" w:type="dxa"/>
            <w:tcMar>
              <w:top w:w="45" w:type="dxa"/>
              <w:left w:w="60" w:type="dxa"/>
              <w:bottom w:w="45" w:type="dxa"/>
              <w:right w:w="60" w:type="dxa"/>
            </w:tcMar>
            <w:vAlign w:val="center"/>
          </w:tcPr>
          <w:p w14:paraId="71DA4277" w14:textId="77777777" w:rsidR="00C55433" w:rsidRDefault="00000000">
            <w:pPr>
              <w:spacing w:after="0"/>
            </w:pPr>
            <w:r>
              <w:rPr>
                <w:sz w:val="19"/>
              </w:rPr>
              <w:t>☐  jesień</w:t>
            </w:r>
          </w:p>
        </w:tc>
        <w:tc>
          <w:tcPr>
            <w:tcW w:w="4989" w:type="dxa"/>
            <w:tcMar>
              <w:top w:w="45" w:type="dxa"/>
              <w:left w:w="60" w:type="dxa"/>
              <w:bottom w:w="45" w:type="dxa"/>
              <w:right w:w="60" w:type="dxa"/>
            </w:tcMar>
            <w:vAlign w:val="center"/>
          </w:tcPr>
          <w:p w14:paraId="5D34CBC3" w14:textId="77777777" w:rsidR="00C55433" w:rsidRDefault="00000000">
            <w:pPr>
              <w:spacing w:after="0"/>
            </w:pPr>
            <w:r>
              <w:rPr>
                <w:sz w:val="19"/>
              </w:rPr>
              <w:t>☐  zima</w:t>
            </w:r>
          </w:p>
        </w:tc>
      </w:tr>
      <w:tr w:rsidR="00C55433" w14:paraId="4716B8A5" w14:textId="77777777">
        <w:trPr>
          <w:cantSplit/>
        </w:trPr>
        <w:tc>
          <w:tcPr>
            <w:tcW w:w="4989" w:type="dxa"/>
            <w:tcMar>
              <w:top w:w="45" w:type="dxa"/>
              <w:left w:w="60" w:type="dxa"/>
              <w:bottom w:w="45" w:type="dxa"/>
              <w:right w:w="60" w:type="dxa"/>
            </w:tcMar>
            <w:vAlign w:val="center"/>
          </w:tcPr>
          <w:p w14:paraId="54CCD920" w14:textId="77777777" w:rsidR="00C55433" w:rsidRDefault="00000000">
            <w:pPr>
              <w:spacing w:after="0"/>
            </w:pPr>
            <w:r>
              <w:rPr>
                <w:sz w:val="19"/>
              </w:rPr>
              <w:t>☐  przez cały rok</w:t>
            </w:r>
          </w:p>
        </w:tc>
        <w:tc>
          <w:tcPr>
            <w:tcW w:w="4989" w:type="dxa"/>
            <w:tcMar>
              <w:top w:w="45" w:type="dxa"/>
              <w:left w:w="60" w:type="dxa"/>
              <w:bottom w:w="45" w:type="dxa"/>
              <w:right w:w="60" w:type="dxa"/>
            </w:tcMar>
            <w:vAlign w:val="center"/>
          </w:tcPr>
          <w:p w14:paraId="51B27A9D" w14:textId="77777777" w:rsidR="00C55433" w:rsidRDefault="00000000">
            <w:pPr>
              <w:spacing w:after="0"/>
            </w:pPr>
            <w:r>
              <w:rPr>
                <w:sz w:val="19"/>
              </w:rPr>
              <w:t>☐  dostępność zależy od konkretnej atrakcji lub wydarzenia</w:t>
            </w:r>
          </w:p>
        </w:tc>
      </w:tr>
    </w:tbl>
    <w:p w14:paraId="4DB66317" w14:textId="77777777" w:rsidR="00C55433" w:rsidRDefault="00C55433">
      <w:pPr>
        <w:spacing w:after="0"/>
      </w:pPr>
    </w:p>
    <w:p w14:paraId="69043854" w14:textId="77777777" w:rsidR="00C55433" w:rsidRDefault="00000000">
      <w:pPr>
        <w:keepNext/>
        <w:spacing w:before="120" w:after="40"/>
      </w:pPr>
      <w:r>
        <w:rPr>
          <w:b/>
          <w:sz w:val="21"/>
        </w:rPr>
        <w:t>18. Czy na zgłaszanym obszarze dostępne są miejsca noclegowe, które mogłyby zostać uwzględnione w pakiecie?</w:t>
      </w:r>
      <w:r>
        <w:rPr>
          <w:b/>
        </w:rPr>
        <w:t xml:space="preserve"> *</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9978"/>
      </w:tblGrid>
      <w:tr w:rsidR="00C55433" w14:paraId="16353EFD" w14:textId="77777777">
        <w:trPr>
          <w:cantSplit/>
        </w:trPr>
        <w:tc>
          <w:tcPr>
            <w:tcW w:w="9978" w:type="dxa"/>
            <w:tcMar>
              <w:top w:w="45" w:type="dxa"/>
              <w:left w:w="60" w:type="dxa"/>
              <w:bottom w:w="45" w:type="dxa"/>
              <w:right w:w="60" w:type="dxa"/>
            </w:tcMar>
            <w:vAlign w:val="center"/>
          </w:tcPr>
          <w:p w14:paraId="61F1D996" w14:textId="77777777" w:rsidR="00C55433" w:rsidRDefault="00000000">
            <w:pPr>
              <w:spacing w:after="0"/>
            </w:pPr>
            <w:r>
              <w:rPr>
                <w:sz w:val="19"/>
              </w:rPr>
              <w:t>☐  tak - udział został już wstępnie uzgodniony z obiektami noclegowymi</w:t>
            </w:r>
          </w:p>
        </w:tc>
      </w:tr>
      <w:tr w:rsidR="00C55433" w14:paraId="01FE4C05" w14:textId="77777777">
        <w:trPr>
          <w:cantSplit/>
        </w:trPr>
        <w:tc>
          <w:tcPr>
            <w:tcW w:w="9978" w:type="dxa"/>
            <w:tcMar>
              <w:top w:w="45" w:type="dxa"/>
              <w:left w:w="60" w:type="dxa"/>
              <w:bottom w:w="45" w:type="dxa"/>
              <w:right w:w="60" w:type="dxa"/>
            </w:tcMar>
            <w:vAlign w:val="center"/>
          </w:tcPr>
          <w:p w14:paraId="13BE2E2E" w14:textId="77777777" w:rsidR="00C55433" w:rsidRDefault="00000000">
            <w:pPr>
              <w:spacing w:after="0"/>
            </w:pPr>
            <w:r>
              <w:rPr>
                <w:sz w:val="19"/>
              </w:rPr>
              <w:t>☐  tak - prowadzono wstępne rozmowy, ale nie ma jeszcze potwierdzenia</w:t>
            </w:r>
          </w:p>
        </w:tc>
      </w:tr>
      <w:tr w:rsidR="00C55433" w14:paraId="6E0F61BB" w14:textId="77777777">
        <w:trPr>
          <w:cantSplit/>
        </w:trPr>
        <w:tc>
          <w:tcPr>
            <w:tcW w:w="9978" w:type="dxa"/>
            <w:tcMar>
              <w:top w:w="45" w:type="dxa"/>
              <w:left w:w="60" w:type="dxa"/>
              <w:bottom w:w="45" w:type="dxa"/>
              <w:right w:w="60" w:type="dxa"/>
            </w:tcMar>
            <w:vAlign w:val="center"/>
          </w:tcPr>
          <w:p w14:paraId="13B6FCDD" w14:textId="77777777" w:rsidR="00C55433" w:rsidRDefault="00000000">
            <w:pPr>
              <w:spacing w:after="0"/>
            </w:pPr>
            <w:r>
              <w:rPr>
                <w:sz w:val="19"/>
              </w:rPr>
              <w:t>☐  tak - obiekty istnieją, ale nie kontaktowano się jeszcze z nimi</w:t>
            </w:r>
          </w:p>
        </w:tc>
      </w:tr>
      <w:tr w:rsidR="00C55433" w14:paraId="33A186A2" w14:textId="77777777">
        <w:trPr>
          <w:cantSplit/>
        </w:trPr>
        <w:tc>
          <w:tcPr>
            <w:tcW w:w="9978" w:type="dxa"/>
            <w:tcMar>
              <w:top w:w="45" w:type="dxa"/>
              <w:left w:w="60" w:type="dxa"/>
              <w:bottom w:w="45" w:type="dxa"/>
              <w:right w:w="60" w:type="dxa"/>
            </w:tcMar>
            <w:vAlign w:val="center"/>
          </w:tcPr>
          <w:p w14:paraId="5F2543A9" w14:textId="77777777" w:rsidR="00C55433" w:rsidRDefault="00000000">
            <w:pPr>
              <w:spacing w:after="0"/>
            </w:pPr>
            <w:r>
              <w:rPr>
                <w:sz w:val="19"/>
              </w:rPr>
              <w:t>☐  nie</w:t>
            </w:r>
          </w:p>
        </w:tc>
      </w:tr>
      <w:tr w:rsidR="00C55433" w14:paraId="3BD6E87C" w14:textId="77777777">
        <w:trPr>
          <w:cantSplit/>
        </w:trPr>
        <w:tc>
          <w:tcPr>
            <w:tcW w:w="9978" w:type="dxa"/>
            <w:tcMar>
              <w:top w:w="45" w:type="dxa"/>
              <w:left w:w="60" w:type="dxa"/>
              <w:bottom w:w="45" w:type="dxa"/>
              <w:right w:w="60" w:type="dxa"/>
            </w:tcMar>
            <w:vAlign w:val="center"/>
          </w:tcPr>
          <w:p w14:paraId="56B6BF54" w14:textId="77777777" w:rsidR="00C55433" w:rsidRDefault="00000000">
            <w:pPr>
              <w:spacing w:after="0"/>
            </w:pPr>
            <w:r>
              <w:rPr>
                <w:sz w:val="19"/>
              </w:rPr>
              <w:t>☐  nie wiem</w:t>
            </w:r>
          </w:p>
        </w:tc>
      </w:tr>
    </w:tbl>
    <w:p w14:paraId="3EA1B743" w14:textId="77777777" w:rsidR="00C55433" w:rsidRDefault="00C55433">
      <w:pPr>
        <w:spacing w:after="0"/>
      </w:pPr>
    </w:p>
    <w:p w14:paraId="5D00537D" w14:textId="77777777" w:rsidR="00C55433" w:rsidRDefault="00000000">
      <w:pPr>
        <w:keepNext/>
        <w:spacing w:before="120" w:after="40"/>
      </w:pPr>
      <w:r>
        <w:rPr>
          <w:b/>
          <w:sz w:val="21"/>
        </w:rPr>
        <w:t>19. Jakie podmioty lub osoby mogą współtworzyć ofertę?</w:t>
      </w:r>
    </w:p>
    <w:p w14:paraId="708FCD8E" w14:textId="77777777" w:rsidR="00C55433" w:rsidRDefault="00000000">
      <w:pPr>
        <w:spacing w:after="60"/>
        <w:ind w:left="227"/>
      </w:pPr>
      <w:r>
        <w:rPr>
          <w:i/>
          <w:color w:val="5A5A5A"/>
          <w:sz w:val="17"/>
        </w:rPr>
        <w:t>Np. obiekty noclegowe, restauracje, gospodarstwa agroturystyczne, organizacje, przewodnicy, twórcy, właściciele atrakcji lub organizatorzy wydarzeń. Na tym etapie nie jest wymagana ich ostateczna zgoda.</w:t>
      </w:r>
    </w:p>
    <w:tbl>
      <w:tblPr>
        <w:tblW w:w="0" w:type="auto"/>
        <w:tblBorders>
          <w:top w:val="single" w:sz="4" w:space="0" w:color="D9E2E3"/>
          <w:left w:val="single" w:sz="4" w:space="0" w:color="D9E2E3"/>
          <w:bottom w:val="single" w:sz="4" w:space="0" w:color="D9E2E3"/>
          <w:right w:val="single" w:sz="4" w:space="0" w:color="D9E2E3"/>
          <w:insideH w:val="single" w:sz="4" w:space="0" w:color="D9E2E3"/>
          <w:insideV w:val="single" w:sz="4" w:space="0" w:color="D9E2E3"/>
        </w:tblBorders>
        <w:tblLayout w:type="fixed"/>
        <w:tblLook w:val="04A0" w:firstRow="1" w:lastRow="0" w:firstColumn="1" w:lastColumn="0" w:noHBand="0" w:noVBand="1"/>
      </w:tblPr>
      <w:tblGrid>
        <w:gridCol w:w="9978"/>
      </w:tblGrid>
      <w:tr w:rsidR="00C55433" w14:paraId="09F427F2" w14:textId="77777777">
        <w:trPr>
          <w:cantSplit/>
        </w:trPr>
        <w:tc>
          <w:tcPr>
            <w:tcW w:w="9978" w:type="dxa"/>
            <w:shd w:val="clear" w:color="auto" w:fill="FFFFFF"/>
            <w:tcMar>
              <w:top w:w="120" w:type="dxa"/>
              <w:left w:w="140" w:type="dxa"/>
              <w:bottom w:w="120" w:type="dxa"/>
              <w:right w:w="140" w:type="dxa"/>
            </w:tcMar>
          </w:tcPr>
          <w:p w14:paraId="57CDB70C" w14:textId="77777777" w:rsidR="00C55433" w:rsidRDefault="00000000">
            <w:pPr>
              <w:spacing w:after="0"/>
            </w:pPr>
            <w:r>
              <w:rPr>
                <w:sz w:val="19"/>
              </w:rPr>
              <w:t xml:space="preserve">                                                                                                                        </w:t>
            </w:r>
            <w:r>
              <w:rPr>
                <w:sz w:val="19"/>
              </w:rPr>
              <w:br/>
              <w:t xml:space="preserve">                                                                                                                        </w:t>
            </w:r>
            <w:r>
              <w:rPr>
                <w:sz w:val="19"/>
              </w:rPr>
              <w:br/>
              <w:t xml:space="preserve">                                                                                                                        </w:t>
            </w:r>
            <w:r>
              <w:rPr>
                <w:sz w:val="19"/>
              </w:rPr>
              <w:br/>
              <w:t xml:space="preserve">                                                                                                                        </w:t>
            </w:r>
          </w:p>
        </w:tc>
      </w:tr>
    </w:tbl>
    <w:p w14:paraId="76AD278F" w14:textId="77777777" w:rsidR="00C55433" w:rsidRDefault="00C55433">
      <w:pPr>
        <w:spacing w:after="0"/>
      </w:pPr>
    </w:p>
    <w:p w14:paraId="6BD37F13" w14:textId="77777777" w:rsidR="00C55433" w:rsidRDefault="00000000">
      <w:pPr>
        <w:keepNext/>
        <w:spacing w:before="120" w:after="40"/>
      </w:pPr>
      <w:r>
        <w:rPr>
          <w:b/>
          <w:sz w:val="21"/>
        </w:rPr>
        <w:t>20. Czy na miejscu jest osoba lub podmiot gotowy do współpracy przy opracowaniu pakietu?</w:t>
      </w:r>
      <w:r>
        <w:rPr>
          <w:b/>
        </w:rPr>
        <w:t xml:space="preserve"> *</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989"/>
        <w:gridCol w:w="4989"/>
      </w:tblGrid>
      <w:tr w:rsidR="00C55433" w14:paraId="42A6F490" w14:textId="77777777">
        <w:trPr>
          <w:cantSplit/>
        </w:trPr>
        <w:tc>
          <w:tcPr>
            <w:tcW w:w="4989" w:type="dxa"/>
            <w:tcMar>
              <w:top w:w="45" w:type="dxa"/>
              <w:left w:w="60" w:type="dxa"/>
              <w:bottom w:w="45" w:type="dxa"/>
              <w:right w:w="60" w:type="dxa"/>
            </w:tcMar>
            <w:vAlign w:val="center"/>
          </w:tcPr>
          <w:p w14:paraId="2BBEEBEC" w14:textId="77777777" w:rsidR="00C55433" w:rsidRDefault="00000000">
            <w:pPr>
              <w:spacing w:after="0"/>
            </w:pPr>
            <w:r>
              <w:rPr>
                <w:sz w:val="19"/>
              </w:rPr>
              <w:t>☐  tak</w:t>
            </w:r>
          </w:p>
        </w:tc>
        <w:tc>
          <w:tcPr>
            <w:tcW w:w="4989" w:type="dxa"/>
            <w:tcMar>
              <w:top w:w="45" w:type="dxa"/>
              <w:left w:w="60" w:type="dxa"/>
              <w:bottom w:w="45" w:type="dxa"/>
              <w:right w:w="60" w:type="dxa"/>
            </w:tcMar>
            <w:vAlign w:val="center"/>
          </w:tcPr>
          <w:p w14:paraId="566D857D" w14:textId="77777777" w:rsidR="00C55433" w:rsidRDefault="00000000">
            <w:pPr>
              <w:spacing w:after="0"/>
            </w:pPr>
            <w:r>
              <w:rPr>
                <w:sz w:val="19"/>
              </w:rPr>
              <w:t>☐  prawdopodobnie tak, ale wymaga to potwierdzenia</w:t>
            </w:r>
          </w:p>
        </w:tc>
      </w:tr>
      <w:tr w:rsidR="00C55433" w14:paraId="44019194" w14:textId="77777777">
        <w:trPr>
          <w:cantSplit/>
        </w:trPr>
        <w:tc>
          <w:tcPr>
            <w:tcW w:w="4989" w:type="dxa"/>
            <w:tcMar>
              <w:top w:w="45" w:type="dxa"/>
              <w:left w:w="60" w:type="dxa"/>
              <w:bottom w:w="45" w:type="dxa"/>
              <w:right w:w="60" w:type="dxa"/>
            </w:tcMar>
            <w:vAlign w:val="center"/>
          </w:tcPr>
          <w:p w14:paraId="1A00FE39" w14:textId="77777777" w:rsidR="00C55433" w:rsidRDefault="00000000">
            <w:pPr>
              <w:spacing w:after="0"/>
            </w:pPr>
            <w:r>
              <w:rPr>
                <w:sz w:val="19"/>
              </w:rPr>
              <w:t>☐  jeszcze nie ustalono</w:t>
            </w:r>
          </w:p>
        </w:tc>
        <w:tc>
          <w:tcPr>
            <w:tcW w:w="4989" w:type="dxa"/>
            <w:tcMar>
              <w:top w:w="45" w:type="dxa"/>
              <w:left w:w="60" w:type="dxa"/>
              <w:bottom w:w="45" w:type="dxa"/>
              <w:right w:w="60" w:type="dxa"/>
            </w:tcMar>
            <w:vAlign w:val="center"/>
          </w:tcPr>
          <w:p w14:paraId="3325963E" w14:textId="77777777" w:rsidR="00C55433" w:rsidRDefault="00000000">
            <w:pPr>
              <w:spacing w:after="0"/>
            </w:pPr>
            <w:r>
              <w:rPr>
                <w:sz w:val="19"/>
              </w:rPr>
              <w:t>☐  nie</w:t>
            </w:r>
          </w:p>
        </w:tc>
      </w:tr>
    </w:tbl>
    <w:p w14:paraId="0B3AB86E" w14:textId="77777777" w:rsidR="00C55433" w:rsidRDefault="00C55433">
      <w:pPr>
        <w:spacing w:after="0"/>
      </w:pPr>
    </w:p>
    <w:p w14:paraId="66C20962" w14:textId="77777777" w:rsidR="00C55433" w:rsidRDefault="00000000">
      <w:r>
        <w:br w:type="page"/>
      </w:r>
    </w:p>
    <w:p w14:paraId="3CEEE1FF" w14:textId="77777777" w:rsidR="00C55433" w:rsidRDefault="00000000">
      <w:pPr>
        <w:keepNext/>
        <w:spacing w:before="120" w:after="40"/>
      </w:pPr>
      <w:r>
        <w:rPr>
          <w:b/>
          <w:sz w:val="21"/>
        </w:rPr>
        <w:lastRenderedPageBreak/>
        <w:t>21. Czy masz wstępny pomysł na pakiet lub program pobytu?</w:t>
      </w:r>
    </w:p>
    <w:p w14:paraId="3360D4F8" w14:textId="77777777" w:rsidR="00C55433" w:rsidRDefault="00000000">
      <w:pPr>
        <w:spacing w:after="60"/>
        <w:ind w:left="227"/>
      </w:pPr>
      <w:r>
        <w:rPr>
          <w:i/>
          <w:color w:val="5A5A5A"/>
          <w:sz w:val="17"/>
        </w:rPr>
        <w:t>Można wskazać temat przewodni, proponowaną trasę albo przykładowy plan dnia. Nie jest wymagane przedstawienie gotowego pakietu.</w:t>
      </w:r>
    </w:p>
    <w:tbl>
      <w:tblPr>
        <w:tblW w:w="0" w:type="auto"/>
        <w:tblBorders>
          <w:top w:val="single" w:sz="4" w:space="0" w:color="D9E2E3"/>
          <w:left w:val="single" w:sz="4" w:space="0" w:color="D9E2E3"/>
          <w:bottom w:val="single" w:sz="4" w:space="0" w:color="D9E2E3"/>
          <w:right w:val="single" w:sz="4" w:space="0" w:color="D9E2E3"/>
          <w:insideH w:val="single" w:sz="4" w:space="0" w:color="D9E2E3"/>
          <w:insideV w:val="single" w:sz="4" w:space="0" w:color="D9E2E3"/>
        </w:tblBorders>
        <w:tblLayout w:type="fixed"/>
        <w:tblLook w:val="04A0" w:firstRow="1" w:lastRow="0" w:firstColumn="1" w:lastColumn="0" w:noHBand="0" w:noVBand="1"/>
      </w:tblPr>
      <w:tblGrid>
        <w:gridCol w:w="9978"/>
      </w:tblGrid>
      <w:tr w:rsidR="00C55433" w14:paraId="681050BA" w14:textId="77777777">
        <w:trPr>
          <w:cantSplit/>
        </w:trPr>
        <w:tc>
          <w:tcPr>
            <w:tcW w:w="9978" w:type="dxa"/>
            <w:shd w:val="clear" w:color="auto" w:fill="FFFFFF"/>
            <w:tcMar>
              <w:top w:w="120" w:type="dxa"/>
              <w:left w:w="140" w:type="dxa"/>
              <w:bottom w:w="120" w:type="dxa"/>
              <w:right w:w="140" w:type="dxa"/>
            </w:tcMar>
          </w:tcPr>
          <w:p w14:paraId="24D70610" w14:textId="77777777" w:rsidR="00C55433" w:rsidRDefault="00000000">
            <w:pPr>
              <w:spacing w:after="0"/>
            </w:pPr>
            <w:r>
              <w:rPr>
                <w:sz w:val="19"/>
              </w:rPr>
              <w:t xml:space="preserve">                                                                                                                        </w:t>
            </w:r>
            <w:r>
              <w:rPr>
                <w:sz w:val="19"/>
              </w:rPr>
              <w:br/>
              <w:t xml:space="preserve">                                                                                                                        </w:t>
            </w:r>
            <w:r>
              <w:rPr>
                <w:sz w:val="19"/>
              </w:rPr>
              <w:br/>
              <w:t xml:space="preserve">                                                                                                                        </w:t>
            </w:r>
            <w:r>
              <w:rPr>
                <w:sz w:val="19"/>
              </w:rPr>
              <w:br/>
              <w:t xml:space="preserve">                                                                                                                        </w:t>
            </w:r>
          </w:p>
        </w:tc>
      </w:tr>
    </w:tbl>
    <w:p w14:paraId="54F5E342" w14:textId="77777777" w:rsidR="00C55433" w:rsidRDefault="00C55433">
      <w:pPr>
        <w:spacing w:after="0"/>
      </w:pPr>
    </w:p>
    <w:p w14:paraId="781C4632" w14:textId="77777777" w:rsidR="00C55433" w:rsidRDefault="00000000">
      <w:pPr>
        <w:keepNext/>
        <w:spacing w:before="120" w:after="40"/>
      </w:pPr>
      <w:r>
        <w:rPr>
          <w:b/>
          <w:sz w:val="21"/>
        </w:rPr>
        <w:t>22. Jak wygląda dostępność komunikacyjna i organizacja pobytu na tym obszarze?</w:t>
      </w:r>
    </w:p>
    <w:p w14:paraId="6FBDE997" w14:textId="77777777" w:rsidR="00C55433" w:rsidRDefault="00000000">
      <w:pPr>
        <w:spacing w:after="60"/>
        <w:ind w:left="227"/>
      </w:pPr>
      <w:r>
        <w:rPr>
          <w:i/>
          <w:color w:val="5A5A5A"/>
          <w:sz w:val="17"/>
        </w:rPr>
        <w:t>Proszę krótko opisać dojazd, parkingi, możliwość przemieszczania się między miejscami, dostępność transportu publicznego oraz istotne ograniczenia.</w:t>
      </w:r>
    </w:p>
    <w:tbl>
      <w:tblPr>
        <w:tblW w:w="0" w:type="auto"/>
        <w:tblBorders>
          <w:top w:val="single" w:sz="4" w:space="0" w:color="D9E2E3"/>
          <w:left w:val="single" w:sz="4" w:space="0" w:color="D9E2E3"/>
          <w:bottom w:val="single" w:sz="4" w:space="0" w:color="D9E2E3"/>
          <w:right w:val="single" w:sz="4" w:space="0" w:color="D9E2E3"/>
          <w:insideH w:val="single" w:sz="4" w:space="0" w:color="D9E2E3"/>
          <w:insideV w:val="single" w:sz="4" w:space="0" w:color="D9E2E3"/>
        </w:tblBorders>
        <w:tblLayout w:type="fixed"/>
        <w:tblLook w:val="04A0" w:firstRow="1" w:lastRow="0" w:firstColumn="1" w:lastColumn="0" w:noHBand="0" w:noVBand="1"/>
      </w:tblPr>
      <w:tblGrid>
        <w:gridCol w:w="9978"/>
      </w:tblGrid>
      <w:tr w:rsidR="00C55433" w14:paraId="096EFA8B" w14:textId="77777777">
        <w:trPr>
          <w:cantSplit/>
        </w:trPr>
        <w:tc>
          <w:tcPr>
            <w:tcW w:w="9978" w:type="dxa"/>
            <w:shd w:val="clear" w:color="auto" w:fill="FFFFFF"/>
            <w:tcMar>
              <w:top w:w="120" w:type="dxa"/>
              <w:left w:w="140" w:type="dxa"/>
              <w:bottom w:w="120" w:type="dxa"/>
              <w:right w:w="140" w:type="dxa"/>
            </w:tcMar>
          </w:tcPr>
          <w:p w14:paraId="63B748C1" w14:textId="77777777" w:rsidR="00C55433" w:rsidRDefault="00000000">
            <w:pPr>
              <w:spacing w:after="0"/>
            </w:pPr>
            <w:r>
              <w:rPr>
                <w:sz w:val="19"/>
              </w:rPr>
              <w:t xml:space="preserve">                                                                                                                        </w:t>
            </w:r>
            <w:r>
              <w:rPr>
                <w:sz w:val="19"/>
              </w:rPr>
              <w:br/>
              <w:t xml:space="preserve">                                                                                                                        </w:t>
            </w:r>
            <w:r>
              <w:rPr>
                <w:sz w:val="19"/>
              </w:rPr>
              <w:br/>
              <w:t xml:space="preserve">                                                                                                                        </w:t>
            </w:r>
            <w:r>
              <w:rPr>
                <w:sz w:val="19"/>
              </w:rPr>
              <w:br/>
              <w:t xml:space="preserve">                                                                                                                        </w:t>
            </w:r>
          </w:p>
        </w:tc>
      </w:tr>
    </w:tbl>
    <w:p w14:paraId="018E6597" w14:textId="77777777" w:rsidR="00C55433" w:rsidRDefault="00C55433">
      <w:pPr>
        <w:spacing w:after="0"/>
      </w:pPr>
    </w:p>
    <w:p w14:paraId="4EDC0315" w14:textId="77777777" w:rsidR="00C55433" w:rsidRDefault="00000000">
      <w:pPr>
        <w:keepNext/>
        <w:spacing w:before="120" w:after="40"/>
      </w:pPr>
      <w:r>
        <w:rPr>
          <w:b/>
          <w:sz w:val="21"/>
        </w:rPr>
        <w:t>23. Linki do stron internetowych, zdjęć, filmów lub innych materiałów dotyczących obszaru</w:t>
      </w:r>
    </w:p>
    <w:p w14:paraId="696F236E" w14:textId="77777777" w:rsidR="00C55433" w:rsidRDefault="00000000">
      <w:pPr>
        <w:spacing w:after="60"/>
        <w:ind w:left="227"/>
      </w:pPr>
      <w:r>
        <w:rPr>
          <w:i/>
          <w:color w:val="5A5A5A"/>
          <w:sz w:val="17"/>
        </w:rPr>
        <w:t>Każdy link proszę wpisać w osobnym wierszu. Materiały można również przekazać później po zakwalifikowaniu zgłoszenia.</w:t>
      </w:r>
    </w:p>
    <w:tbl>
      <w:tblPr>
        <w:tblW w:w="0" w:type="auto"/>
        <w:tblBorders>
          <w:top w:val="single" w:sz="4" w:space="0" w:color="D9E2E3"/>
          <w:left w:val="single" w:sz="4" w:space="0" w:color="D9E2E3"/>
          <w:bottom w:val="single" w:sz="4" w:space="0" w:color="D9E2E3"/>
          <w:right w:val="single" w:sz="4" w:space="0" w:color="D9E2E3"/>
          <w:insideH w:val="single" w:sz="4" w:space="0" w:color="D9E2E3"/>
          <w:insideV w:val="single" w:sz="4" w:space="0" w:color="D9E2E3"/>
        </w:tblBorders>
        <w:tblLayout w:type="fixed"/>
        <w:tblLook w:val="04A0" w:firstRow="1" w:lastRow="0" w:firstColumn="1" w:lastColumn="0" w:noHBand="0" w:noVBand="1"/>
      </w:tblPr>
      <w:tblGrid>
        <w:gridCol w:w="9978"/>
      </w:tblGrid>
      <w:tr w:rsidR="00C55433" w14:paraId="44792464" w14:textId="77777777">
        <w:trPr>
          <w:cantSplit/>
        </w:trPr>
        <w:tc>
          <w:tcPr>
            <w:tcW w:w="9978" w:type="dxa"/>
            <w:shd w:val="clear" w:color="auto" w:fill="FFFFFF"/>
            <w:tcMar>
              <w:top w:w="120" w:type="dxa"/>
              <w:left w:w="140" w:type="dxa"/>
              <w:bottom w:w="120" w:type="dxa"/>
              <w:right w:w="140" w:type="dxa"/>
            </w:tcMar>
          </w:tcPr>
          <w:p w14:paraId="67AF205B" w14:textId="77777777" w:rsidR="00C55433" w:rsidRDefault="00000000">
            <w:pPr>
              <w:spacing w:after="0"/>
            </w:pPr>
            <w:r>
              <w:rPr>
                <w:sz w:val="19"/>
              </w:rPr>
              <w:t xml:space="preserve">                                                                                                                        </w:t>
            </w:r>
            <w:r>
              <w:rPr>
                <w:sz w:val="19"/>
              </w:rPr>
              <w:br/>
              <w:t xml:space="preserve">                                                                                                                        </w:t>
            </w:r>
            <w:r>
              <w:rPr>
                <w:sz w:val="19"/>
              </w:rPr>
              <w:br/>
              <w:t xml:space="preserve">                                                                                                                        </w:t>
            </w:r>
            <w:r>
              <w:rPr>
                <w:sz w:val="19"/>
              </w:rPr>
              <w:br/>
              <w:t xml:space="preserve">                                                                                                                        </w:t>
            </w:r>
          </w:p>
        </w:tc>
      </w:tr>
    </w:tbl>
    <w:p w14:paraId="7675E84A" w14:textId="77777777" w:rsidR="00C55433" w:rsidRDefault="00C55433">
      <w:pPr>
        <w:spacing w:after="0"/>
      </w:pPr>
    </w:p>
    <w:p w14:paraId="245D6887" w14:textId="77777777" w:rsidR="00C55433" w:rsidRDefault="00000000">
      <w:r>
        <w:br w:type="page"/>
      </w:r>
    </w:p>
    <w:p w14:paraId="2E7FD072" w14:textId="77777777" w:rsidR="00C55433" w:rsidRDefault="00000000">
      <w:pPr>
        <w:pStyle w:val="Nagwek1"/>
        <w:spacing w:before="80" w:after="140"/>
      </w:pPr>
      <w:r>
        <w:lastRenderedPageBreak/>
        <w:t>B  Zgłoszenie pojedynczego miejsca wydarzenia lub usługi</w:t>
      </w:r>
    </w:p>
    <w:p w14:paraId="786C713D" w14:textId="77777777" w:rsidR="00C55433" w:rsidRDefault="00000000">
      <w:r>
        <w:t>Tę część wypełniają osoby i podmioty zgłaszające pojedynczy element, który może zostać wykorzystany przy tworzeniu pakietów pobytowych, np. atrakcję, nocleg, gastronomię, wydarzenie, warsztat, usługę przewodnicką lub lokalny produkt.</w:t>
      </w:r>
    </w:p>
    <w:p w14:paraId="73412A77" w14:textId="77777777" w:rsidR="00C55433" w:rsidRDefault="00000000">
      <w:pPr>
        <w:keepNext/>
        <w:spacing w:before="120" w:after="40"/>
      </w:pPr>
      <w:r>
        <w:rPr>
          <w:b/>
          <w:sz w:val="21"/>
        </w:rPr>
        <w:t>24. Nazwa zgłaszanego miejsca, wydarzenia, usługi lub oferty</w:t>
      </w:r>
      <w:r>
        <w:rPr>
          <w:b/>
        </w:rPr>
        <w:t xml:space="preserve"> *</w:t>
      </w:r>
    </w:p>
    <w:tbl>
      <w:tblPr>
        <w:tblW w:w="0" w:type="auto"/>
        <w:tblBorders>
          <w:top w:val="single" w:sz="4" w:space="0" w:color="D9E2E3"/>
          <w:left w:val="single" w:sz="4" w:space="0" w:color="D9E2E3"/>
          <w:bottom w:val="single" w:sz="4" w:space="0" w:color="D9E2E3"/>
          <w:right w:val="single" w:sz="4" w:space="0" w:color="D9E2E3"/>
          <w:insideH w:val="single" w:sz="4" w:space="0" w:color="D9E2E3"/>
          <w:insideV w:val="single" w:sz="4" w:space="0" w:color="D9E2E3"/>
        </w:tblBorders>
        <w:tblLayout w:type="fixed"/>
        <w:tblLook w:val="04A0" w:firstRow="1" w:lastRow="0" w:firstColumn="1" w:lastColumn="0" w:noHBand="0" w:noVBand="1"/>
      </w:tblPr>
      <w:tblGrid>
        <w:gridCol w:w="9978"/>
      </w:tblGrid>
      <w:tr w:rsidR="00C55433" w14:paraId="798DC9E5" w14:textId="77777777">
        <w:trPr>
          <w:cantSplit/>
        </w:trPr>
        <w:tc>
          <w:tcPr>
            <w:tcW w:w="9978" w:type="dxa"/>
            <w:shd w:val="clear" w:color="auto" w:fill="FFFFFF"/>
            <w:tcMar>
              <w:top w:w="120" w:type="dxa"/>
              <w:left w:w="140" w:type="dxa"/>
              <w:bottom w:w="120" w:type="dxa"/>
              <w:right w:w="140" w:type="dxa"/>
            </w:tcMar>
          </w:tcPr>
          <w:p w14:paraId="26071A6F" w14:textId="77777777" w:rsidR="00C55433" w:rsidRDefault="00000000">
            <w:pPr>
              <w:spacing w:after="0"/>
            </w:pPr>
            <w:r>
              <w:rPr>
                <w:sz w:val="19"/>
              </w:rPr>
              <w:t xml:space="preserve">                                                                                                                        </w:t>
            </w:r>
          </w:p>
        </w:tc>
      </w:tr>
    </w:tbl>
    <w:p w14:paraId="4F875186" w14:textId="77777777" w:rsidR="00C55433" w:rsidRDefault="00C55433">
      <w:pPr>
        <w:spacing w:after="0"/>
      </w:pPr>
    </w:p>
    <w:p w14:paraId="154F5AEC" w14:textId="77777777" w:rsidR="00C55433" w:rsidRDefault="00000000">
      <w:pPr>
        <w:keepNext/>
        <w:spacing w:before="120" w:after="40"/>
      </w:pPr>
      <w:r>
        <w:rPr>
          <w:b/>
          <w:sz w:val="21"/>
        </w:rPr>
        <w:t>25. Rodzaj zgłaszanej oferty</w:t>
      </w:r>
      <w:r>
        <w:rPr>
          <w:b/>
        </w:rPr>
        <w:t xml:space="preserve"> *</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989"/>
        <w:gridCol w:w="4989"/>
      </w:tblGrid>
      <w:tr w:rsidR="00C55433" w14:paraId="50766B93" w14:textId="77777777">
        <w:trPr>
          <w:cantSplit/>
        </w:trPr>
        <w:tc>
          <w:tcPr>
            <w:tcW w:w="4989" w:type="dxa"/>
            <w:tcMar>
              <w:top w:w="45" w:type="dxa"/>
              <w:left w:w="60" w:type="dxa"/>
              <w:bottom w:w="45" w:type="dxa"/>
              <w:right w:w="60" w:type="dxa"/>
            </w:tcMar>
            <w:vAlign w:val="center"/>
          </w:tcPr>
          <w:p w14:paraId="205FD006" w14:textId="77777777" w:rsidR="00C55433" w:rsidRDefault="00000000">
            <w:pPr>
              <w:spacing w:after="0"/>
            </w:pPr>
            <w:r>
              <w:rPr>
                <w:sz w:val="19"/>
              </w:rPr>
              <w:t>☐  atrakcja lub miejsce do zwiedzania</w:t>
            </w:r>
          </w:p>
        </w:tc>
        <w:tc>
          <w:tcPr>
            <w:tcW w:w="4989" w:type="dxa"/>
            <w:tcMar>
              <w:top w:w="45" w:type="dxa"/>
              <w:left w:w="60" w:type="dxa"/>
              <w:bottom w:w="45" w:type="dxa"/>
              <w:right w:w="60" w:type="dxa"/>
            </w:tcMar>
            <w:vAlign w:val="center"/>
          </w:tcPr>
          <w:p w14:paraId="16BC4A2D" w14:textId="77777777" w:rsidR="00C55433" w:rsidRDefault="00000000">
            <w:pPr>
              <w:spacing w:after="0"/>
            </w:pPr>
            <w:r>
              <w:rPr>
                <w:sz w:val="19"/>
              </w:rPr>
              <w:t>☐  obiekt noclegowy</w:t>
            </w:r>
          </w:p>
        </w:tc>
      </w:tr>
      <w:tr w:rsidR="00C55433" w14:paraId="6A6206FF" w14:textId="77777777">
        <w:trPr>
          <w:cantSplit/>
        </w:trPr>
        <w:tc>
          <w:tcPr>
            <w:tcW w:w="4989" w:type="dxa"/>
            <w:tcMar>
              <w:top w:w="45" w:type="dxa"/>
              <w:left w:w="60" w:type="dxa"/>
              <w:bottom w:w="45" w:type="dxa"/>
              <w:right w:w="60" w:type="dxa"/>
            </w:tcMar>
            <w:vAlign w:val="center"/>
          </w:tcPr>
          <w:p w14:paraId="6A09CE53" w14:textId="77777777" w:rsidR="00C55433" w:rsidRDefault="00000000">
            <w:pPr>
              <w:spacing w:after="0"/>
            </w:pPr>
            <w:r>
              <w:rPr>
                <w:sz w:val="19"/>
              </w:rPr>
              <w:t>☐  gastronomia</w:t>
            </w:r>
          </w:p>
        </w:tc>
        <w:tc>
          <w:tcPr>
            <w:tcW w:w="4989" w:type="dxa"/>
            <w:tcMar>
              <w:top w:w="45" w:type="dxa"/>
              <w:left w:w="60" w:type="dxa"/>
              <w:bottom w:w="45" w:type="dxa"/>
              <w:right w:w="60" w:type="dxa"/>
            </w:tcMar>
            <w:vAlign w:val="center"/>
          </w:tcPr>
          <w:p w14:paraId="153D43E3" w14:textId="77777777" w:rsidR="00C55433" w:rsidRDefault="00000000">
            <w:pPr>
              <w:spacing w:after="0"/>
            </w:pPr>
            <w:r>
              <w:rPr>
                <w:sz w:val="19"/>
              </w:rPr>
              <w:t>☐  wydarzenie</w:t>
            </w:r>
          </w:p>
        </w:tc>
      </w:tr>
      <w:tr w:rsidR="00C55433" w14:paraId="44CD98D0" w14:textId="77777777">
        <w:trPr>
          <w:cantSplit/>
        </w:trPr>
        <w:tc>
          <w:tcPr>
            <w:tcW w:w="4989" w:type="dxa"/>
            <w:tcMar>
              <w:top w:w="45" w:type="dxa"/>
              <w:left w:w="60" w:type="dxa"/>
              <w:bottom w:w="45" w:type="dxa"/>
              <w:right w:w="60" w:type="dxa"/>
            </w:tcMar>
            <w:vAlign w:val="center"/>
          </w:tcPr>
          <w:p w14:paraId="4DB352EE" w14:textId="77777777" w:rsidR="00C55433" w:rsidRDefault="00000000">
            <w:pPr>
              <w:spacing w:after="0"/>
            </w:pPr>
            <w:r>
              <w:rPr>
                <w:sz w:val="19"/>
              </w:rPr>
              <w:t>☐  warsztaty lub zajęcia</w:t>
            </w:r>
          </w:p>
        </w:tc>
        <w:tc>
          <w:tcPr>
            <w:tcW w:w="4989" w:type="dxa"/>
            <w:tcMar>
              <w:top w:w="45" w:type="dxa"/>
              <w:left w:w="60" w:type="dxa"/>
              <w:bottom w:w="45" w:type="dxa"/>
              <w:right w:w="60" w:type="dxa"/>
            </w:tcMar>
            <w:vAlign w:val="center"/>
          </w:tcPr>
          <w:p w14:paraId="73815CAF" w14:textId="77777777" w:rsidR="00C55433" w:rsidRDefault="00000000">
            <w:pPr>
              <w:spacing w:after="0"/>
            </w:pPr>
            <w:r>
              <w:rPr>
                <w:sz w:val="19"/>
              </w:rPr>
              <w:t>☐  usługa przewodnicka</w:t>
            </w:r>
          </w:p>
        </w:tc>
      </w:tr>
      <w:tr w:rsidR="00C55433" w14:paraId="70B49130" w14:textId="77777777">
        <w:trPr>
          <w:cantSplit/>
        </w:trPr>
        <w:tc>
          <w:tcPr>
            <w:tcW w:w="4989" w:type="dxa"/>
            <w:tcMar>
              <w:top w:w="45" w:type="dxa"/>
              <w:left w:w="60" w:type="dxa"/>
              <w:bottom w:w="45" w:type="dxa"/>
              <w:right w:w="60" w:type="dxa"/>
            </w:tcMar>
            <w:vAlign w:val="center"/>
          </w:tcPr>
          <w:p w14:paraId="1E6C4B7E" w14:textId="77777777" w:rsidR="00C55433" w:rsidRDefault="00000000">
            <w:pPr>
              <w:spacing w:after="0"/>
            </w:pPr>
            <w:r>
              <w:rPr>
                <w:sz w:val="19"/>
              </w:rPr>
              <w:t>☐  szlak lub trasa</w:t>
            </w:r>
          </w:p>
        </w:tc>
        <w:tc>
          <w:tcPr>
            <w:tcW w:w="4989" w:type="dxa"/>
            <w:tcMar>
              <w:top w:w="45" w:type="dxa"/>
              <w:left w:w="60" w:type="dxa"/>
              <w:bottom w:w="45" w:type="dxa"/>
              <w:right w:w="60" w:type="dxa"/>
            </w:tcMar>
            <w:vAlign w:val="center"/>
          </w:tcPr>
          <w:p w14:paraId="3B98D1C7" w14:textId="77777777" w:rsidR="00C55433" w:rsidRDefault="00000000">
            <w:pPr>
              <w:spacing w:after="0"/>
            </w:pPr>
            <w:r>
              <w:rPr>
                <w:sz w:val="19"/>
              </w:rPr>
              <w:t>☐  lokalny produkt lub rękodzieło</w:t>
            </w:r>
          </w:p>
        </w:tc>
      </w:tr>
      <w:tr w:rsidR="00C55433" w14:paraId="12C393C6" w14:textId="77777777">
        <w:trPr>
          <w:cantSplit/>
        </w:trPr>
        <w:tc>
          <w:tcPr>
            <w:tcW w:w="4989" w:type="dxa"/>
            <w:tcMar>
              <w:top w:w="45" w:type="dxa"/>
              <w:left w:w="60" w:type="dxa"/>
              <w:bottom w:w="45" w:type="dxa"/>
              <w:right w:w="60" w:type="dxa"/>
            </w:tcMar>
            <w:vAlign w:val="center"/>
          </w:tcPr>
          <w:p w14:paraId="5A32CCBB" w14:textId="77777777" w:rsidR="00C55433" w:rsidRDefault="00000000">
            <w:pPr>
              <w:spacing w:after="0"/>
            </w:pPr>
            <w:r>
              <w:rPr>
                <w:sz w:val="19"/>
              </w:rPr>
              <w:t>☐  transport, wypożyczalnia lub inna usługa turystyczna</w:t>
            </w:r>
          </w:p>
        </w:tc>
        <w:tc>
          <w:tcPr>
            <w:tcW w:w="4989" w:type="dxa"/>
            <w:tcMar>
              <w:top w:w="45" w:type="dxa"/>
              <w:left w:w="60" w:type="dxa"/>
              <w:bottom w:w="45" w:type="dxa"/>
              <w:right w:w="60" w:type="dxa"/>
            </w:tcMar>
            <w:vAlign w:val="center"/>
          </w:tcPr>
          <w:p w14:paraId="69E50A28" w14:textId="77777777" w:rsidR="00C55433" w:rsidRDefault="00000000">
            <w:pPr>
              <w:spacing w:after="0"/>
            </w:pPr>
            <w:r>
              <w:rPr>
                <w:sz w:val="19"/>
              </w:rPr>
              <w:t>☐  inne: ........................................................</w:t>
            </w:r>
          </w:p>
        </w:tc>
      </w:tr>
    </w:tbl>
    <w:p w14:paraId="7408D457" w14:textId="77777777" w:rsidR="00C55433" w:rsidRDefault="00C55433">
      <w:pPr>
        <w:spacing w:after="0"/>
      </w:pPr>
    </w:p>
    <w:p w14:paraId="11C6FD67" w14:textId="77777777" w:rsidR="00C55433" w:rsidRDefault="00000000">
      <w:pPr>
        <w:keepNext/>
        <w:spacing w:before="120" w:after="40"/>
      </w:pPr>
      <w:r>
        <w:rPr>
          <w:b/>
          <w:sz w:val="21"/>
        </w:rPr>
        <w:t>26. Lokalizacja zgłaszanej oferty</w:t>
      </w:r>
      <w:r>
        <w:rPr>
          <w:b/>
        </w:rPr>
        <w:t xml:space="preserve"> *</w:t>
      </w:r>
    </w:p>
    <w:p w14:paraId="19F40C32" w14:textId="77777777" w:rsidR="00C55433" w:rsidRDefault="00000000">
      <w:pPr>
        <w:spacing w:after="60"/>
        <w:ind w:left="227"/>
      </w:pPr>
      <w:r>
        <w:rPr>
          <w:i/>
          <w:color w:val="5A5A5A"/>
          <w:sz w:val="17"/>
        </w:rPr>
        <w:t>Proszę podać miejscowość, gminę, powiat i województwo oraz - jeśli dotyczy - dokładny adres.</w:t>
      </w:r>
    </w:p>
    <w:tbl>
      <w:tblPr>
        <w:tblW w:w="0" w:type="auto"/>
        <w:tblBorders>
          <w:top w:val="single" w:sz="4" w:space="0" w:color="D9E2E3"/>
          <w:left w:val="single" w:sz="4" w:space="0" w:color="D9E2E3"/>
          <w:bottom w:val="single" w:sz="4" w:space="0" w:color="D9E2E3"/>
          <w:right w:val="single" w:sz="4" w:space="0" w:color="D9E2E3"/>
          <w:insideH w:val="single" w:sz="4" w:space="0" w:color="D9E2E3"/>
          <w:insideV w:val="single" w:sz="4" w:space="0" w:color="D9E2E3"/>
        </w:tblBorders>
        <w:tblLayout w:type="fixed"/>
        <w:tblLook w:val="04A0" w:firstRow="1" w:lastRow="0" w:firstColumn="1" w:lastColumn="0" w:noHBand="0" w:noVBand="1"/>
      </w:tblPr>
      <w:tblGrid>
        <w:gridCol w:w="9978"/>
      </w:tblGrid>
      <w:tr w:rsidR="00C55433" w14:paraId="752E9C3C" w14:textId="77777777">
        <w:trPr>
          <w:cantSplit/>
        </w:trPr>
        <w:tc>
          <w:tcPr>
            <w:tcW w:w="9978" w:type="dxa"/>
            <w:shd w:val="clear" w:color="auto" w:fill="FFFFFF"/>
            <w:tcMar>
              <w:top w:w="120" w:type="dxa"/>
              <w:left w:w="140" w:type="dxa"/>
              <w:bottom w:w="120" w:type="dxa"/>
              <w:right w:w="140" w:type="dxa"/>
            </w:tcMar>
          </w:tcPr>
          <w:p w14:paraId="4284A159" w14:textId="77777777" w:rsidR="00C55433" w:rsidRDefault="00000000">
            <w:pPr>
              <w:spacing w:after="0"/>
            </w:pPr>
            <w:r>
              <w:rPr>
                <w:sz w:val="19"/>
              </w:rPr>
              <w:t xml:space="preserve">                                                                                                                        </w:t>
            </w:r>
            <w:r>
              <w:rPr>
                <w:sz w:val="19"/>
              </w:rPr>
              <w:br/>
              <w:t xml:space="preserve">                                                                                                                        </w:t>
            </w:r>
          </w:p>
        </w:tc>
      </w:tr>
    </w:tbl>
    <w:p w14:paraId="182C9FE3" w14:textId="77777777" w:rsidR="00C55433" w:rsidRDefault="00C55433">
      <w:pPr>
        <w:spacing w:after="0"/>
      </w:pPr>
    </w:p>
    <w:p w14:paraId="02FE8523" w14:textId="77777777" w:rsidR="00C55433" w:rsidRDefault="00000000">
      <w:pPr>
        <w:keepNext/>
        <w:spacing w:before="120" w:after="40"/>
      </w:pPr>
      <w:r>
        <w:rPr>
          <w:b/>
          <w:sz w:val="21"/>
        </w:rPr>
        <w:t>27. Czy zgłaszane miejsce lub oferta posiada certyfikat albo jest związane z produktami Stowarzyszenia Polska Sieć Odnowy i Rozwoju Wsi?</w:t>
      </w:r>
      <w:r>
        <w:rPr>
          <w:b/>
        </w:rPr>
        <w:t xml:space="preserve"> *</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9978"/>
      </w:tblGrid>
      <w:tr w:rsidR="00C55433" w14:paraId="149E423B" w14:textId="77777777">
        <w:trPr>
          <w:cantSplit/>
        </w:trPr>
        <w:tc>
          <w:tcPr>
            <w:tcW w:w="9978" w:type="dxa"/>
            <w:tcMar>
              <w:top w:w="45" w:type="dxa"/>
              <w:left w:w="60" w:type="dxa"/>
              <w:bottom w:w="45" w:type="dxa"/>
              <w:right w:w="60" w:type="dxa"/>
            </w:tcMar>
            <w:vAlign w:val="center"/>
          </w:tcPr>
          <w:p w14:paraId="79462FA2" w14:textId="77777777" w:rsidR="00C55433" w:rsidRDefault="00000000">
            <w:pPr>
              <w:spacing w:after="0"/>
            </w:pPr>
            <w:r>
              <w:rPr>
                <w:sz w:val="19"/>
              </w:rPr>
              <w:t>☐  posiada certyfikat Miejsca Ciekawego</w:t>
            </w:r>
          </w:p>
        </w:tc>
      </w:tr>
      <w:tr w:rsidR="00C55433" w14:paraId="6D1286EE" w14:textId="77777777">
        <w:trPr>
          <w:cantSplit/>
        </w:trPr>
        <w:tc>
          <w:tcPr>
            <w:tcW w:w="9978" w:type="dxa"/>
            <w:tcMar>
              <w:top w:w="45" w:type="dxa"/>
              <w:left w:w="60" w:type="dxa"/>
              <w:bottom w:w="45" w:type="dxa"/>
              <w:right w:w="60" w:type="dxa"/>
            </w:tcMar>
            <w:vAlign w:val="center"/>
          </w:tcPr>
          <w:p w14:paraId="165F9CE4" w14:textId="77777777" w:rsidR="00C55433" w:rsidRDefault="00000000">
            <w:pPr>
              <w:spacing w:after="0"/>
            </w:pPr>
            <w:r>
              <w:rPr>
                <w:sz w:val="19"/>
              </w:rPr>
              <w:t>☐  znajduje się w miejscowości należącej do Sieci Najciekawszych Wsi</w:t>
            </w:r>
          </w:p>
        </w:tc>
      </w:tr>
      <w:tr w:rsidR="00C55433" w14:paraId="7D501D1C" w14:textId="77777777">
        <w:trPr>
          <w:cantSplit/>
        </w:trPr>
        <w:tc>
          <w:tcPr>
            <w:tcW w:w="9978" w:type="dxa"/>
            <w:tcMar>
              <w:top w:w="45" w:type="dxa"/>
              <w:left w:w="60" w:type="dxa"/>
              <w:bottom w:w="45" w:type="dxa"/>
              <w:right w:w="60" w:type="dxa"/>
            </w:tcMar>
            <w:vAlign w:val="center"/>
          </w:tcPr>
          <w:p w14:paraId="7ACF49D3" w14:textId="77777777" w:rsidR="00C55433" w:rsidRDefault="00000000">
            <w:pPr>
              <w:spacing w:after="0"/>
            </w:pPr>
            <w:r>
              <w:rPr>
                <w:sz w:val="19"/>
              </w:rPr>
              <w:t>☐  znajduje się w miejscowości posiadającej status potwierdzony potencjał</w:t>
            </w:r>
          </w:p>
        </w:tc>
      </w:tr>
      <w:tr w:rsidR="00C55433" w14:paraId="26E0089C" w14:textId="77777777">
        <w:trPr>
          <w:cantSplit/>
        </w:trPr>
        <w:tc>
          <w:tcPr>
            <w:tcW w:w="9978" w:type="dxa"/>
            <w:tcMar>
              <w:top w:w="45" w:type="dxa"/>
              <w:left w:w="60" w:type="dxa"/>
              <w:bottom w:w="45" w:type="dxa"/>
              <w:right w:w="60" w:type="dxa"/>
            </w:tcMar>
            <w:vAlign w:val="center"/>
          </w:tcPr>
          <w:p w14:paraId="0579A5F3" w14:textId="77777777" w:rsidR="00C55433" w:rsidRDefault="00000000">
            <w:pPr>
              <w:spacing w:after="0"/>
            </w:pPr>
            <w:r>
              <w:rPr>
                <w:sz w:val="19"/>
              </w:rPr>
              <w:t>☐  posiada inny certyfikat lub wyróżnienie</w:t>
            </w:r>
          </w:p>
        </w:tc>
      </w:tr>
      <w:tr w:rsidR="00C55433" w14:paraId="3B15B460" w14:textId="77777777">
        <w:trPr>
          <w:cantSplit/>
        </w:trPr>
        <w:tc>
          <w:tcPr>
            <w:tcW w:w="9978" w:type="dxa"/>
            <w:tcMar>
              <w:top w:w="45" w:type="dxa"/>
              <w:left w:w="60" w:type="dxa"/>
              <w:bottom w:w="45" w:type="dxa"/>
              <w:right w:w="60" w:type="dxa"/>
            </w:tcMar>
            <w:vAlign w:val="center"/>
          </w:tcPr>
          <w:p w14:paraId="7BB71E63" w14:textId="77777777" w:rsidR="00C55433" w:rsidRDefault="00000000">
            <w:pPr>
              <w:spacing w:after="0"/>
            </w:pPr>
            <w:r>
              <w:rPr>
                <w:sz w:val="19"/>
              </w:rPr>
              <w:t>☐  żadne z powyższych</w:t>
            </w:r>
          </w:p>
        </w:tc>
      </w:tr>
      <w:tr w:rsidR="00C55433" w14:paraId="344DE4E1" w14:textId="77777777">
        <w:trPr>
          <w:cantSplit/>
        </w:trPr>
        <w:tc>
          <w:tcPr>
            <w:tcW w:w="9978" w:type="dxa"/>
            <w:tcMar>
              <w:top w:w="45" w:type="dxa"/>
              <w:left w:w="60" w:type="dxa"/>
              <w:bottom w:w="45" w:type="dxa"/>
              <w:right w:w="60" w:type="dxa"/>
            </w:tcMar>
            <w:vAlign w:val="center"/>
          </w:tcPr>
          <w:p w14:paraId="4AB59CD1" w14:textId="77777777" w:rsidR="00C55433" w:rsidRDefault="00000000">
            <w:pPr>
              <w:spacing w:after="0"/>
            </w:pPr>
            <w:r>
              <w:rPr>
                <w:sz w:val="19"/>
              </w:rPr>
              <w:t>☐  nie wiem</w:t>
            </w:r>
          </w:p>
        </w:tc>
      </w:tr>
      <w:tr w:rsidR="00C55433" w14:paraId="109D0CA2" w14:textId="77777777">
        <w:trPr>
          <w:cantSplit/>
        </w:trPr>
        <w:tc>
          <w:tcPr>
            <w:tcW w:w="9978" w:type="dxa"/>
            <w:tcMar>
              <w:top w:w="45" w:type="dxa"/>
              <w:left w:w="60" w:type="dxa"/>
              <w:bottom w:w="45" w:type="dxa"/>
              <w:right w:w="60" w:type="dxa"/>
            </w:tcMar>
            <w:vAlign w:val="center"/>
          </w:tcPr>
          <w:p w14:paraId="2B52553F" w14:textId="77777777" w:rsidR="00C55433" w:rsidRDefault="00000000">
            <w:pPr>
              <w:spacing w:after="0"/>
            </w:pPr>
            <w:r>
              <w:rPr>
                <w:sz w:val="19"/>
              </w:rPr>
              <w:t>☐  inne: ........................................................</w:t>
            </w:r>
          </w:p>
        </w:tc>
      </w:tr>
    </w:tbl>
    <w:p w14:paraId="73FA65E9" w14:textId="77777777" w:rsidR="00C55433" w:rsidRDefault="00C55433">
      <w:pPr>
        <w:spacing w:after="0"/>
      </w:pPr>
    </w:p>
    <w:p w14:paraId="68248B49" w14:textId="77777777" w:rsidR="00C55433" w:rsidRDefault="00000000">
      <w:r>
        <w:br w:type="page"/>
      </w:r>
    </w:p>
    <w:p w14:paraId="5D00623C" w14:textId="77777777" w:rsidR="00C55433" w:rsidRDefault="00000000">
      <w:pPr>
        <w:keepNext/>
        <w:spacing w:before="120" w:after="40"/>
      </w:pPr>
      <w:r>
        <w:rPr>
          <w:b/>
          <w:sz w:val="21"/>
        </w:rPr>
        <w:lastRenderedPageBreak/>
        <w:t>28. Nazwa certyfikatu, statusu lub wyróżnienia</w:t>
      </w:r>
    </w:p>
    <w:tbl>
      <w:tblPr>
        <w:tblW w:w="0" w:type="auto"/>
        <w:tblBorders>
          <w:top w:val="single" w:sz="4" w:space="0" w:color="D9E2E3"/>
          <w:left w:val="single" w:sz="4" w:space="0" w:color="D9E2E3"/>
          <w:bottom w:val="single" w:sz="4" w:space="0" w:color="D9E2E3"/>
          <w:right w:val="single" w:sz="4" w:space="0" w:color="D9E2E3"/>
          <w:insideH w:val="single" w:sz="4" w:space="0" w:color="D9E2E3"/>
          <w:insideV w:val="single" w:sz="4" w:space="0" w:color="D9E2E3"/>
        </w:tblBorders>
        <w:tblLayout w:type="fixed"/>
        <w:tblLook w:val="04A0" w:firstRow="1" w:lastRow="0" w:firstColumn="1" w:lastColumn="0" w:noHBand="0" w:noVBand="1"/>
      </w:tblPr>
      <w:tblGrid>
        <w:gridCol w:w="9978"/>
      </w:tblGrid>
      <w:tr w:rsidR="00C55433" w14:paraId="1C2C65D0" w14:textId="77777777">
        <w:trPr>
          <w:cantSplit/>
        </w:trPr>
        <w:tc>
          <w:tcPr>
            <w:tcW w:w="9978" w:type="dxa"/>
            <w:shd w:val="clear" w:color="auto" w:fill="FFFFFF"/>
            <w:tcMar>
              <w:top w:w="120" w:type="dxa"/>
              <w:left w:w="140" w:type="dxa"/>
              <w:bottom w:w="120" w:type="dxa"/>
              <w:right w:w="140" w:type="dxa"/>
            </w:tcMar>
          </w:tcPr>
          <w:p w14:paraId="72C57528" w14:textId="77777777" w:rsidR="00C55433" w:rsidRDefault="00000000">
            <w:pPr>
              <w:spacing w:after="0"/>
            </w:pPr>
            <w:r>
              <w:rPr>
                <w:sz w:val="19"/>
              </w:rPr>
              <w:t xml:space="preserve">                                                                                                                        </w:t>
            </w:r>
          </w:p>
        </w:tc>
      </w:tr>
    </w:tbl>
    <w:p w14:paraId="6E4A8DCA" w14:textId="77777777" w:rsidR="00C55433" w:rsidRDefault="00C55433">
      <w:pPr>
        <w:spacing w:after="0"/>
      </w:pPr>
    </w:p>
    <w:p w14:paraId="3D2E652F" w14:textId="77777777" w:rsidR="00C55433" w:rsidRDefault="00000000">
      <w:pPr>
        <w:keepNext/>
        <w:spacing w:before="120" w:after="40"/>
      </w:pPr>
      <w:r>
        <w:rPr>
          <w:b/>
          <w:sz w:val="21"/>
        </w:rPr>
        <w:t>29. Krótki opis zgłaszanej oferty</w:t>
      </w:r>
      <w:r>
        <w:rPr>
          <w:b/>
        </w:rPr>
        <w:t xml:space="preserve"> *</w:t>
      </w:r>
    </w:p>
    <w:p w14:paraId="37EC9E02" w14:textId="77777777" w:rsidR="00C55433" w:rsidRDefault="00000000">
      <w:pPr>
        <w:spacing w:after="60"/>
        <w:ind w:left="227"/>
      </w:pPr>
      <w:r>
        <w:rPr>
          <w:i/>
          <w:color w:val="5A5A5A"/>
          <w:sz w:val="17"/>
        </w:rPr>
        <w:t>Proszę opisać, na czym polega oferta, co ją wyróżnia i co może zrobić lub zobaczyć odwiedzający.</w:t>
      </w:r>
    </w:p>
    <w:tbl>
      <w:tblPr>
        <w:tblW w:w="0" w:type="auto"/>
        <w:tblBorders>
          <w:top w:val="single" w:sz="4" w:space="0" w:color="D9E2E3"/>
          <w:left w:val="single" w:sz="4" w:space="0" w:color="D9E2E3"/>
          <w:bottom w:val="single" w:sz="4" w:space="0" w:color="D9E2E3"/>
          <w:right w:val="single" w:sz="4" w:space="0" w:color="D9E2E3"/>
          <w:insideH w:val="single" w:sz="4" w:space="0" w:color="D9E2E3"/>
          <w:insideV w:val="single" w:sz="4" w:space="0" w:color="D9E2E3"/>
        </w:tblBorders>
        <w:tblLayout w:type="fixed"/>
        <w:tblLook w:val="04A0" w:firstRow="1" w:lastRow="0" w:firstColumn="1" w:lastColumn="0" w:noHBand="0" w:noVBand="1"/>
      </w:tblPr>
      <w:tblGrid>
        <w:gridCol w:w="9978"/>
      </w:tblGrid>
      <w:tr w:rsidR="00C55433" w14:paraId="5A8EAFCA" w14:textId="77777777">
        <w:trPr>
          <w:cantSplit/>
        </w:trPr>
        <w:tc>
          <w:tcPr>
            <w:tcW w:w="9978" w:type="dxa"/>
            <w:shd w:val="clear" w:color="auto" w:fill="FFFFFF"/>
            <w:tcMar>
              <w:top w:w="120" w:type="dxa"/>
              <w:left w:w="140" w:type="dxa"/>
              <w:bottom w:w="120" w:type="dxa"/>
              <w:right w:w="140" w:type="dxa"/>
            </w:tcMar>
          </w:tcPr>
          <w:p w14:paraId="0B7675B7" w14:textId="77777777" w:rsidR="00C55433" w:rsidRDefault="00000000">
            <w:pPr>
              <w:spacing w:after="0"/>
            </w:pPr>
            <w:r>
              <w:rPr>
                <w:sz w:val="19"/>
              </w:rPr>
              <w:t xml:space="preserve">                                                                                                                        </w:t>
            </w:r>
            <w:r>
              <w:rPr>
                <w:sz w:val="19"/>
              </w:rPr>
              <w:br/>
              <w:t xml:space="preserve">                                                                                                                        </w:t>
            </w:r>
            <w:r>
              <w:rPr>
                <w:sz w:val="19"/>
              </w:rPr>
              <w:br/>
              <w:t xml:space="preserve">                                                                                                                        </w:t>
            </w:r>
            <w:r>
              <w:rPr>
                <w:sz w:val="19"/>
              </w:rPr>
              <w:br/>
              <w:t xml:space="preserve">                                                                                                                        </w:t>
            </w:r>
          </w:p>
        </w:tc>
      </w:tr>
    </w:tbl>
    <w:p w14:paraId="2EFACF12" w14:textId="77777777" w:rsidR="00C55433" w:rsidRDefault="00C55433">
      <w:pPr>
        <w:spacing w:after="0"/>
      </w:pPr>
    </w:p>
    <w:p w14:paraId="66E6B496" w14:textId="77777777" w:rsidR="00C55433" w:rsidRDefault="00000000">
      <w:pPr>
        <w:keepNext/>
        <w:spacing w:before="120" w:after="40"/>
      </w:pPr>
      <w:r>
        <w:rPr>
          <w:b/>
          <w:sz w:val="21"/>
        </w:rPr>
        <w:t>30. Kiedy zgłaszana oferta jest dostępna?</w:t>
      </w:r>
      <w:r>
        <w:rPr>
          <w:b/>
        </w:rPr>
        <w:t xml:space="preserve"> *</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989"/>
        <w:gridCol w:w="4989"/>
      </w:tblGrid>
      <w:tr w:rsidR="00C55433" w14:paraId="0C38A34D" w14:textId="77777777">
        <w:trPr>
          <w:cantSplit/>
        </w:trPr>
        <w:tc>
          <w:tcPr>
            <w:tcW w:w="4989" w:type="dxa"/>
            <w:tcMar>
              <w:top w:w="45" w:type="dxa"/>
              <w:left w:w="60" w:type="dxa"/>
              <w:bottom w:w="45" w:type="dxa"/>
              <w:right w:w="60" w:type="dxa"/>
            </w:tcMar>
            <w:vAlign w:val="center"/>
          </w:tcPr>
          <w:p w14:paraId="3BAAD089" w14:textId="77777777" w:rsidR="00C55433" w:rsidRDefault="00000000">
            <w:pPr>
              <w:spacing w:after="0"/>
            </w:pPr>
            <w:r>
              <w:rPr>
                <w:sz w:val="19"/>
              </w:rPr>
              <w:t>☐  przez cały rok</w:t>
            </w:r>
          </w:p>
        </w:tc>
        <w:tc>
          <w:tcPr>
            <w:tcW w:w="4989" w:type="dxa"/>
            <w:tcMar>
              <w:top w:w="45" w:type="dxa"/>
              <w:left w:w="60" w:type="dxa"/>
              <w:bottom w:w="45" w:type="dxa"/>
              <w:right w:w="60" w:type="dxa"/>
            </w:tcMar>
            <w:vAlign w:val="center"/>
          </w:tcPr>
          <w:p w14:paraId="230EDCC8" w14:textId="77777777" w:rsidR="00C55433" w:rsidRDefault="00000000">
            <w:pPr>
              <w:spacing w:after="0"/>
            </w:pPr>
            <w:r>
              <w:rPr>
                <w:sz w:val="19"/>
              </w:rPr>
              <w:t>☐  wiosną</w:t>
            </w:r>
          </w:p>
        </w:tc>
      </w:tr>
      <w:tr w:rsidR="00C55433" w14:paraId="319372A1" w14:textId="77777777">
        <w:trPr>
          <w:cantSplit/>
        </w:trPr>
        <w:tc>
          <w:tcPr>
            <w:tcW w:w="4989" w:type="dxa"/>
            <w:tcMar>
              <w:top w:w="45" w:type="dxa"/>
              <w:left w:w="60" w:type="dxa"/>
              <w:bottom w:w="45" w:type="dxa"/>
              <w:right w:w="60" w:type="dxa"/>
            </w:tcMar>
            <w:vAlign w:val="center"/>
          </w:tcPr>
          <w:p w14:paraId="73DD6EC0" w14:textId="77777777" w:rsidR="00C55433" w:rsidRDefault="00000000">
            <w:pPr>
              <w:spacing w:after="0"/>
            </w:pPr>
            <w:r>
              <w:rPr>
                <w:sz w:val="19"/>
              </w:rPr>
              <w:t>☐  latem</w:t>
            </w:r>
          </w:p>
        </w:tc>
        <w:tc>
          <w:tcPr>
            <w:tcW w:w="4989" w:type="dxa"/>
            <w:tcMar>
              <w:top w:w="45" w:type="dxa"/>
              <w:left w:w="60" w:type="dxa"/>
              <w:bottom w:w="45" w:type="dxa"/>
              <w:right w:w="60" w:type="dxa"/>
            </w:tcMar>
            <w:vAlign w:val="center"/>
          </w:tcPr>
          <w:p w14:paraId="10EEBB48" w14:textId="77777777" w:rsidR="00C55433" w:rsidRDefault="00000000">
            <w:pPr>
              <w:spacing w:after="0"/>
            </w:pPr>
            <w:r>
              <w:rPr>
                <w:sz w:val="19"/>
              </w:rPr>
              <w:t>☐  jesienią</w:t>
            </w:r>
          </w:p>
        </w:tc>
      </w:tr>
      <w:tr w:rsidR="00C55433" w14:paraId="244BFAFD" w14:textId="77777777">
        <w:trPr>
          <w:cantSplit/>
        </w:trPr>
        <w:tc>
          <w:tcPr>
            <w:tcW w:w="4989" w:type="dxa"/>
            <w:tcMar>
              <w:top w:w="45" w:type="dxa"/>
              <w:left w:w="60" w:type="dxa"/>
              <w:bottom w:w="45" w:type="dxa"/>
              <w:right w:w="60" w:type="dxa"/>
            </w:tcMar>
            <w:vAlign w:val="center"/>
          </w:tcPr>
          <w:p w14:paraId="00A14A2E" w14:textId="77777777" w:rsidR="00C55433" w:rsidRDefault="00000000">
            <w:pPr>
              <w:spacing w:after="0"/>
            </w:pPr>
            <w:r>
              <w:rPr>
                <w:sz w:val="19"/>
              </w:rPr>
              <w:t>☐  zimą</w:t>
            </w:r>
          </w:p>
        </w:tc>
        <w:tc>
          <w:tcPr>
            <w:tcW w:w="4989" w:type="dxa"/>
            <w:tcMar>
              <w:top w:w="45" w:type="dxa"/>
              <w:left w:w="60" w:type="dxa"/>
              <w:bottom w:w="45" w:type="dxa"/>
              <w:right w:w="60" w:type="dxa"/>
            </w:tcMar>
            <w:vAlign w:val="center"/>
          </w:tcPr>
          <w:p w14:paraId="46A78952" w14:textId="77777777" w:rsidR="00C55433" w:rsidRDefault="00000000">
            <w:pPr>
              <w:spacing w:after="0"/>
            </w:pPr>
            <w:r>
              <w:rPr>
                <w:sz w:val="19"/>
              </w:rPr>
              <w:t>☐  po wcześniejszej rezerwacji lub uzgodnieniu</w:t>
            </w:r>
          </w:p>
        </w:tc>
      </w:tr>
      <w:tr w:rsidR="00C55433" w14:paraId="323799B2" w14:textId="77777777">
        <w:trPr>
          <w:cantSplit/>
        </w:trPr>
        <w:tc>
          <w:tcPr>
            <w:tcW w:w="4989" w:type="dxa"/>
            <w:tcMar>
              <w:top w:w="45" w:type="dxa"/>
              <w:left w:w="60" w:type="dxa"/>
              <w:bottom w:w="45" w:type="dxa"/>
              <w:right w:w="60" w:type="dxa"/>
            </w:tcMar>
            <w:vAlign w:val="center"/>
          </w:tcPr>
          <w:p w14:paraId="11E885F1" w14:textId="77777777" w:rsidR="00C55433" w:rsidRDefault="00000000">
            <w:pPr>
              <w:spacing w:after="0"/>
            </w:pPr>
            <w:r>
              <w:rPr>
                <w:sz w:val="19"/>
              </w:rPr>
              <w:t>☐  trudno obecnie określić</w:t>
            </w:r>
          </w:p>
        </w:tc>
        <w:tc>
          <w:tcPr>
            <w:tcW w:w="4989" w:type="dxa"/>
            <w:tcMar>
              <w:top w:w="45" w:type="dxa"/>
              <w:left w:w="60" w:type="dxa"/>
              <w:bottom w:w="45" w:type="dxa"/>
              <w:right w:w="60" w:type="dxa"/>
            </w:tcMar>
            <w:vAlign w:val="center"/>
          </w:tcPr>
          <w:p w14:paraId="206733B6" w14:textId="77777777" w:rsidR="00C55433" w:rsidRDefault="00000000">
            <w:pPr>
              <w:spacing w:after="0"/>
            </w:pPr>
            <w:r>
              <w:rPr>
                <w:sz w:val="19"/>
              </w:rPr>
              <w:t>☐  inne: ........................................................</w:t>
            </w:r>
          </w:p>
        </w:tc>
      </w:tr>
    </w:tbl>
    <w:p w14:paraId="1A100D92" w14:textId="77777777" w:rsidR="00C55433" w:rsidRDefault="00C55433">
      <w:pPr>
        <w:spacing w:after="0"/>
      </w:pPr>
    </w:p>
    <w:p w14:paraId="74E54D96" w14:textId="77777777" w:rsidR="00C55433" w:rsidRDefault="00000000">
      <w:pPr>
        <w:keepNext/>
        <w:spacing w:before="120" w:after="40"/>
      </w:pPr>
      <w:r>
        <w:rPr>
          <w:b/>
          <w:sz w:val="21"/>
        </w:rPr>
        <w:t>31. Najważniejsze informacje organizacyjne</w:t>
      </w:r>
    </w:p>
    <w:p w14:paraId="1BDE7280" w14:textId="77777777" w:rsidR="00C55433" w:rsidRDefault="00000000">
      <w:pPr>
        <w:spacing w:after="60"/>
        <w:ind w:left="227"/>
      </w:pPr>
      <w:r>
        <w:rPr>
          <w:i/>
          <w:color w:val="5A5A5A"/>
          <w:sz w:val="17"/>
        </w:rPr>
        <w:t>Proszę podać - jeśli dotyczy - godziny otwarcia, konieczność rezerwacji, minimalną lub maksymalną liczbę uczestników, orientacyjny czas korzystania z oferty, odpłatność oraz istotne ograniczenia.</w:t>
      </w:r>
    </w:p>
    <w:tbl>
      <w:tblPr>
        <w:tblW w:w="0" w:type="auto"/>
        <w:tblBorders>
          <w:top w:val="single" w:sz="4" w:space="0" w:color="D9E2E3"/>
          <w:left w:val="single" w:sz="4" w:space="0" w:color="D9E2E3"/>
          <w:bottom w:val="single" w:sz="4" w:space="0" w:color="D9E2E3"/>
          <w:right w:val="single" w:sz="4" w:space="0" w:color="D9E2E3"/>
          <w:insideH w:val="single" w:sz="4" w:space="0" w:color="D9E2E3"/>
          <w:insideV w:val="single" w:sz="4" w:space="0" w:color="D9E2E3"/>
        </w:tblBorders>
        <w:tblLayout w:type="fixed"/>
        <w:tblLook w:val="04A0" w:firstRow="1" w:lastRow="0" w:firstColumn="1" w:lastColumn="0" w:noHBand="0" w:noVBand="1"/>
      </w:tblPr>
      <w:tblGrid>
        <w:gridCol w:w="9978"/>
      </w:tblGrid>
      <w:tr w:rsidR="00C55433" w14:paraId="5A520F40" w14:textId="77777777">
        <w:trPr>
          <w:cantSplit/>
        </w:trPr>
        <w:tc>
          <w:tcPr>
            <w:tcW w:w="9978" w:type="dxa"/>
            <w:shd w:val="clear" w:color="auto" w:fill="FFFFFF"/>
            <w:tcMar>
              <w:top w:w="120" w:type="dxa"/>
              <w:left w:w="140" w:type="dxa"/>
              <w:bottom w:w="120" w:type="dxa"/>
              <w:right w:w="140" w:type="dxa"/>
            </w:tcMar>
          </w:tcPr>
          <w:p w14:paraId="3FDB477B" w14:textId="77777777" w:rsidR="00C55433" w:rsidRDefault="00000000">
            <w:pPr>
              <w:spacing w:after="0"/>
            </w:pPr>
            <w:r>
              <w:rPr>
                <w:sz w:val="19"/>
              </w:rPr>
              <w:t xml:space="preserve">                                                                                                                        </w:t>
            </w:r>
            <w:r>
              <w:rPr>
                <w:sz w:val="19"/>
              </w:rPr>
              <w:br/>
              <w:t xml:space="preserve">                                                                                                                        </w:t>
            </w:r>
            <w:r>
              <w:rPr>
                <w:sz w:val="19"/>
              </w:rPr>
              <w:br/>
              <w:t xml:space="preserve">                                                                                                                        </w:t>
            </w:r>
            <w:r>
              <w:rPr>
                <w:sz w:val="19"/>
              </w:rPr>
              <w:br/>
              <w:t xml:space="preserve">                                                                                                                        </w:t>
            </w:r>
          </w:p>
        </w:tc>
      </w:tr>
    </w:tbl>
    <w:p w14:paraId="191FF4BA" w14:textId="77777777" w:rsidR="00C55433" w:rsidRDefault="00C55433">
      <w:pPr>
        <w:spacing w:after="0"/>
      </w:pPr>
    </w:p>
    <w:p w14:paraId="79FC3B50" w14:textId="77777777" w:rsidR="00C55433" w:rsidRDefault="00000000">
      <w:pPr>
        <w:keepNext/>
        <w:spacing w:before="120" w:after="40"/>
      </w:pPr>
      <w:r>
        <w:rPr>
          <w:b/>
          <w:sz w:val="21"/>
        </w:rPr>
        <w:t>32. Dla jakich odbiorców zgłaszana oferta jest szczególnie odpowiednia?</w:t>
      </w:r>
      <w:r>
        <w:rPr>
          <w:b/>
        </w:rPr>
        <w:t xml:space="preserve"> *</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989"/>
        <w:gridCol w:w="4989"/>
      </w:tblGrid>
      <w:tr w:rsidR="00C55433" w14:paraId="6E006A43" w14:textId="77777777">
        <w:trPr>
          <w:cantSplit/>
        </w:trPr>
        <w:tc>
          <w:tcPr>
            <w:tcW w:w="4989" w:type="dxa"/>
            <w:tcMar>
              <w:top w:w="45" w:type="dxa"/>
              <w:left w:w="60" w:type="dxa"/>
              <w:bottom w:w="45" w:type="dxa"/>
              <w:right w:w="60" w:type="dxa"/>
            </w:tcMar>
            <w:vAlign w:val="center"/>
          </w:tcPr>
          <w:p w14:paraId="5C7C71A9" w14:textId="77777777" w:rsidR="00C55433" w:rsidRDefault="00000000">
            <w:pPr>
              <w:spacing w:after="0"/>
            </w:pPr>
            <w:r>
              <w:rPr>
                <w:sz w:val="19"/>
              </w:rPr>
              <w:t>☐  rodziny z dziećmi</w:t>
            </w:r>
          </w:p>
        </w:tc>
        <w:tc>
          <w:tcPr>
            <w:tcW w:w="4989" w:type="dxa"/>
            <w:tcMar>
              <w:top w:w="45" w:type="dxa"/>
              <w:left w:w="60" w:type="dxa"/>
              <w:bottom w:w="45" w:type="dxa"/>
              <w:right w:w="60" w:type="dxa"/>
            </w:tcMar>
            <w:vAlign w:val="center"/>
          </w:tcPr>
          <w:p w14:paraId="2D213524" w14:textId="77777777" w:rsidR="00C55433" w:rsidRDefault="00000000">
            <w:pPr>
              <w:spacing w:after="0"/>
            </w:pPr>
            <w:r>
              <w:rPr>
                <w:sz w:val="19"/>
              </w:rPr>
              <w:t>☐  osoby dorosłe podróżujące bez dzieci</w:t>
            </w:r>
          </w:p>
        </w:tc>
      </w:tr>
      <w:tr w:rsidR="00C55433" w14:paraId="19ACA877" w14:textId="77777777">
        <w:trPr>
          <w:cantSplit/>
        </w:trPr>
        <w:tc>
          <w:tcPr>
            <w:tcW w:w="4989" w:type="dxa"/>
            <w:tcMar>
              <w:top w:w="45" w:type="dxa"/>
              <w:left w:w="60" w:type="dxa"/>
              <w:bottom w:w="45" w:type="dxa"/>
              <w:right w:w="60" w:type="dxa"/>
            </w:tcMar>
            <w:vAlign w:val="center"/>
          </w:tcPr>
          <w:p w14:paraId="20F9716C" w14:textId="77777777" w:rsidR="00C55433" w:rsidRDefault="00000000">
            <w:pPr>
              <w:spacing w:after="0"/>
            </w:pPr>
            <w:r>
              <w:rPr>
                <w:sz w:val="19"/>
              </w:rPr>
              <w:t>☐  seniorzy</w:t>
            </w:r>
          </w:p>
        </w:tc>
        <w:tc>
          <w:tcPr>
            <w:tcW w:w="4989" w:type="dxa"/>
            <w:tcMar>
              <w:top w:w="45" w:type="dxa"/>
              <w:left w:w="60" w:type="dxa"/>
              <w:bottom w:w="45" w:type="dxa"/>
              <w:right w:w="60" w:type="dxa"/>
            </w:tcMar>
            <w:vAlign w:val="center"/>
          </w:tcPr>
          <w:p w14:paraId="1C80F110" w14:textId="77777777" w:rsidR="00C55433" w:rsidRDefault="00000000">
            <w:pPr>
              <w:spacing w:after="0"/>
            </w:pPr>
            <w:r>
              <w:rPr>
                <w:sz w:val="19"/>
              </w:rPr>
              <w:t>☐  młodzież i grupy szkolne</w:t>
            </w:r>
          </w:p>
        </w:tc>
      </w:tr>
      <w:tr w:rsidR="00C55433" w14:paraId="1F1960EE" w14:textId="77777777">
        <w:trPr>
          <w:cantSplit/>
        </w:trPr>
        <w:tc>
          <w:tcPr>
            <w:tcW w:w="4989" w:type="dxa"/>
            <w:tcMar>
              <w:top w:w="45" w:type="dxa"/>
              <w:left w:w="60" w:type="dxa"/>
              <w:bottom w:w="45" w:type="dxa"/>
              <w:right w:w="60" w:type="dxa"/>
            </w:tcMar>
            <w:vAlign w:val="center"/>
          </w:tcPr>
          <w:p w14:paraId="0FC792CF" w14:textId="77777777" w:rsidR="00C55433" w:rsidRDefault="00000000">
            <w:pPr>
              <w:spacing w:after="0"/>
            </w:pPr>
            <w:r>
              <w:rPr>
                <w:sz w:val="19"/>
              </w:rPr>
              <w:t>☐  osoby aktywne</w:t>
            </w:r>
          </w:p>
        </w:tc>
        <w:tc>
          <w:tcPr>
            <w:tcW w:w="4989" w:type="dxa"/>
            <w:tcMar>
              <w:top w:w="45" w:type="dxa"/>
              <w:left w:w="60" w:type="dxa"/>
              <w:bottom w:w="45" w:type="dxa"/>
              <w:right w:w="60" w:type="dxa"/>
            </w:tcMar>
            <w:vAlign w:val="center"/>
          </w:tcPr>
          <w:p w14:paraId="7657BDCD" w14:textId="77777777" w:rsidR="00C55433" w:rsidRDefault="00000000">
            <w:pPr>
              <w:spacing w:after="0"/>
            </w:pPr>
            <w:r>
              <w:rPr>
                <w:sz w:val="19"/>
              </w:rPr>
              <w:t>☐  osoby zainteresowane historią i dziedzictwem</w:t>
            </w:r>
          </w:p>
        </w:tc>
      </w:tr>
      <w:tr w:rsidR="00C55433" w14:paraId="30DD93D8" w14:textId="77777777">
        <w:trPr>
          <w:cantSplit/>
        </w:trPr>
        <w:tc>
          <w:tcPr>
            <w:tcW w:w="4989" w:type="dxa"/>
            <w:tcMar>
              <w:top w:w="45" w:type="dxa"/>
              <w:left w:w="60" w:type="dxa"/>
              <w:bottom w:w="45" w:type="dxa"/>
              <w:right w:w="60" w:type="dxa"/>
            </w:tcMar>
            <w:vAlign w:val="center"/>
          </w:tcPr>
          <w:p w14:paraId="2BA83CE4" w14:textId="77777777" w:rsidR="00C55433" w:rsidRDefault="00000000">
            <w:pPr>
              <w:spacing w:after="0"/>
            </w:pPr>
            <w:r>
              <w:rPr>
                <w:sz w:val="19"/>
              </w:rPr>
              <w:t>☐  osoby zainteresowane przyrodą</w:t>
            </w:r>
          </w:p>
        </w:tc>
        <w:tc>
          <w:tcPr>
            <w:tcW w:w="4989" w:type="dxa"/>
            <w:tcMar>
              <w:top w:w="45" w:type="dxa"/>
              <w:left w:w="60" w:type="dxa"/>
              <w:bottom w:w="45" w:type="dxa"/>
              <w:right w:w="60" w:type="dxa"/>
            </w:tcMar>
            <w:vAlign w:val="center"/>
          </w:tcPr>
          <w:p w14:paraId="7034B3AB" w14:textId="77777777" w:rsidR="00C55433" w:rsidRDefault="00000000">
            <w:pPr>
              <w:spacing w:after="0"/>
            </w:pPr>
            <w:r>
              <w:rPr>
                <w:sz w:val="19"/>
              </w:rPr>
              <w:t>☐  osoby zainteresowane lokalną kuchnią i tradycjami</w:t>
            </w:r>
          </w:p>
        </w:tc>
      </w:tr>
      <w:tr w:rsidR="00C55433" w14:paraId="57684D64" w14:textId="77777777">
        <w:trPr>
          <w:cantSplit/>
        </w:trPr>
        <w:tc>
          <w:tcPr>
            <w:tcW w:w="4989" w:type="dxa"/>
            <w:tcMar>
              <w:top w:w="45" w:type="dxa"/>
              <w:left w:w="60" w:type="dxa"/>
              <w:bottom w:w="45" w:type="dxa"/>
              <w:right w:w="60" w:type="dxa"/>
            </w:tcMar>
            <w:vAlign w:val="center"/>
          </w:tcPr>
          <w:p w14:paraId="3F7D8E86" w14:textId="77777777" w:rsidR="00C55433" w:rsidRDefault="00000000">
            <w:pPr>
              <w:spacing w:after="0"/>
            </w:pPr>
            <w:r>
              <w:rPr>
                <w:sz w:val="19"/>
              </w:rPr>
              <w:t>☐  inne: ........................................................</w:t>
            </w:r>
          </w:p>
        </w:tc>
        <w:tc>
          <w:tcPr>
            <w:tcW w:w="4989" w:type="dxa"/>
          </w:tcPr>
          <w:p w14:paraId="4ED18857" w14:textId="77777777" w:rsidR="00C55433" w:rsidRDefault="00C55433"/>
        </w:tc>
      </w:tr>
    </w:tbl>
    <w:p w14:paraId="576DE2B9" w14:textId="77777777" w:rsidR="00C55433" w:rsidRDefault="00C55433">
      <w:pPr>
        <w:spacing w:after="0"/>
      </w:pPr>
    </w:p>
    <w:p w14:paraId="2D9FB48A" w14:textId="77777777" w:rsidR="00C55433" w:rsidRDefault="00000000">
      <w:r>
        <w:br w:type="page"/>
      </w:r>
    </w:p>
    <w:p w14:paraId="62DDEA19" w14:textId="77777777" w:rsidR="00C55433" w:rsidRDefault="00000000">
      <w:pPr>
        <w:keepNext/>
        <w:spacing w:before="120" w:after="40"/>
      </w:pPr>
      <w:r>
        <w:rPr>
          <w:b/>
          <w:sz w:val="21"/>
        </w:rPr>
        <w:lastRenderedPageBreak/>
        <w:t>33. Jaki jest status uzgodnienia udziału właściciela lub organizatora oferty?</w:t>
      </w:r>
      <w:r>
        <w:rPr>
          <w:b/>
        </w:rPr>
        <w:t xml:space="preserve"> *</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9978"/>
      </w:tblGrid>
      <w:tr w:rsidR="00C55433" w14:paraId="7430511C" w14:textId="77777777">
        <w:trPr>
          <w:cantSplit/>
        </w:trPr>
        <w:tc>
          <w:tcPr>
            <w:tcW w:w="9978" w:type="dxa"/>
            <w:tcMar>
              <w:top w:w="45" w:type="dxa"/>
              <w:left w:w="60" w:type="dxa"/>
              <w:bottom w:w="45" w:type="dxa"/>
              <w:right w:w="60" w:type="dxa"/>
            </w:tcMar>
            <w:vAlign w:val="center"/>
          </w:tcPr>
          <w:p w14:paraId="766AA45C" w14:textId="77777777" w:rsidR="00C55433" w:rsidRDefault="00000000">
            <w:pPr>
              <w:spacing w:after="0"/>
            </w:pPr>
            <w:r>
              <w:rPr>
                <w:sz w:val="19"/>
              </w:rPr>
              <w:t>☐  zgłoszenia dokonuje właściciel lub organizator oferty i jest zainteresowany udziałem</w:t>
            </w:r>
          </w:p>
        </w:tc>
      </w:tr>
      <w:tr w:rsidR="00C55433" w14:paraId="4F5E1BD5" w14:textId="77777777">
        <w:trPr>
          <w:cantSplit/>
        </w:trPr>
        <w:tc>
          <w:tcPr>
            <w:tcW w:w="9978" w:type="dxa"/>
            <w:tcMar>
              <w:top w:w="45" w:type="dxa"/>
              <w:left w:w="60" w:type="dxa"/>
              <w:bottom w:w="45" w:type="dxa"/>
              <w:right w:w="60" w:type="dxa"/>
            </w:tcMar>
            <w:vAlign w:val="center"/>
          </w:tcPr>
          <w:p w14:paraId="7CA48A64" w14:textId="77777777" w:rsidR="00C55433" w:rsidRDefault="00000000">
            <w:pPr>
              <w:spacing w:after="0"/>
            </w:pPr>
            <w:r>
              <w:rPr>
                <w:sz w:val="19"/>
              </w:rPr>
              <w:t>☐  udział został wstępnie uzgodniony z właścicielem lub organizatorem</w:t>
            </w:r>
          </w:p>
        </w:tc>
      </w:tr>
      <w:tr w:rsidR="00C55433" w14:paraId="10D8E977" w14:textId="77777777">
        <w:trPr>
          <w:cantSplit/>
        </w:trPr>
        <w:tc>
          <w:tcPr>
            <w:tcW w:w="9978" w:type="dxa"/>
            <w:tcMar>
              <w:top w:w="45" w:type="dxa"/>
              <w:left w:w="60" w:type="dxa"/>
              <w:bottom w:w="45" w:type="dxa"/>
              <w:right w:w="60" w:type="dxa"/>
            </w:tcMar>
            <w:vAlign w:val="center"/>
          </w:tcPr>
          <w:p w14:paraId="685E9DCE" w14:textId="77777777" w:rsidR="00C55433" w:rsidRDefault="00000000">
            <w:pPr>
              <w:spacing w:after="0"/>
            </w:pPr>
            <w:r>
              <w:rPr>
                <w:sz w:val="19"/>
              </w:rPr>
              <w:t>☐  przeprowadzono wstępną rozmowę, ale udział nie został jeszcze potwierdzony</w:t>
            </w:r>
          </w:p>
        </w:tc>
      </w:tr>
      <w:tr w:rsidR="00C55433" w14:paraId="3421FAA6" w14:textId="77777777">
        <w:trPr>
          <w:cantSplit/>
        </w:trPr>
        <w:tc>
          <w:tcPr>
            <w:tcW w:w="9978" w:type="dxa"/>
            <w:tcMar>
              <w:top w:w="45" w:type="dxa"/>
              <w:left w:w="60" w:type="dxa"/>
              <w:bottom w:w="45" w:type="dxa"/>
              <w:right w:w="60" w:type="dxa"/>
            </w:tcMar>
            <w:vAlign w:val="center"/>
          </w:tcPr>
          <w:p w14:paraId="6C8136D8" w14:textId="77777777" w:rsidR="00C55433" w:rsidRDefault="00000000">
            <w:pPr>
              <w:spacing w:after="0"/>
            </w:pPr>
            <w:r>
              <w:rPr>
                <w:sz w:val="19"/>
              </w:rPr>
              <w:t>☐  właściciel lub organizator nie został jeszcze poinformowany o zgłoszeniu</w:t>
            </w:r>
          </w:p>
        </w:tc>
      </w:tr>
    </w:tbl>
    <w:p w14:paraId="169987A7" w14:textId="77777777" w:rsidR="00C55433" w:rsidRDefault="00C55433">
      <w:pPr>
        <w:spacing w:after="0"/>
      </w:pPr>
    </w:p>
    <w:p w14:paraId="1AF5C0E0" w14:textId="77777777" w:rsidR="00C55433" w:rsidRDefault="00000000">
      <w:pPr>
        <w:keepNext/>
        <w:spacing w:before="120" w:after="40"/>
      </w:pPr>
      <w:r>
        <w:rPr>
          <w:b/>
          <w:sz w:val="21"/>
        </w:rPr>
        <w:t>34. Linki do strony internetowej, mediów społecznościowych, zdjęć lub innych materiałów</w:t>
      </w:r>
    </w:p>
    <w:p w14:paraId="60F5157C" w14:textId="77777777" w:rsidR="00C55433" w:rsidRDefault="00000000">
      <w:pPr>
        <w:spacing w:after="60"/>
        <w:ind w:left="227"/>
      </w:pPr>
      <w:r>
        <w:rPr>
          <w:i/>
          <w:color w:val="5A5A5A"/>
          <w:sz w:val="17"/>
        </w:rPr>
        <w:t>Każdy link proszę wpisać w osobnym wierszu. Materiały będzie można również przekazać później.</w:t>
      </w:r>
    </w:p>
    <w:tbl>
      <w:tblPr>
        <w:tblW w:w="0" w:type="auto"/>
        <w:tblBorders>
          <w:top w:val="single" w:sz="4" w:space="0" w:color="D9E2E3"/>
          <w:left w:val="single" w:sz="4" w:space="0" w:color="D9E2E3"/>
          <w:bottom w:val="single" w:sz="4" w:space="0" w:color="D9E2E3"/>
          <w:right w:val="single" w:sz="4" w:space="0" w:color="D9E2E3"/>
          <w:insideH w:val="single" w:sz="4" w:space="0" w:color="D9E2E3"/>
          <w:insideV w:val="single" w:sz="4" w:space="0" w:color="D9E2E3"/>
        </w:tblBorders>
        <w:tblLayout w:type="fixed"/>
        <w:tblLook w:val="04A0" w:firstRow="1" w:lastRow="0" w:firstColumn="1" w:lastColumn="0" w:noHBand="0" w:noVBand="1"/>
      </w:tblPr>
      <w:tblGrid>
        <w:gridCol w:w="9978"/>
      </w:tblGrid>
      <w:tr w:rsidR="00C55433" w14:paraId="5C8021C4" w14:textId="77777777">
        <w:trPr>
          <w:cantSplit/>
        </w:trPr>
        <w:tc>
          <w:tcPr>
            <w:tcW w:w="9978" w:type="dxa"/>
            <w:shd w:val="clear" w:color="auto" w:fill="FFFFFF"/>
            <w:tcMar>
              <w:top w:w="120" w:type="dxa"/>
              <w:left w:w="140" w:type="dxa"/>
              <w:bottom w:w="120" w:type="dxa"/>
              <w:right w:w="140" w:type="dxa"/>
            </w:tcMar>
          </w:tcPr>
          <w:p w14:paraId="35461428" w14:textId="77777777" w:rsidR="00C55433" w:rsidRDefault="00000000">
            <w:pPr>
              <w:spacing w:after="0"/>
            </w:pPr>
            <w:r>
              <w:rPr>
                <w:sz w:val="19"/>
              </w:rPr>
              <w:t xml:space="preserve">                                                                                                                        </w:t>
            </w:r>
            <w:r>
              <w:rPr>
                <w:sz w:val="19"/>
              </w:rPr>
              <w:br/>
              <w:t xml:space="preserve">                                                                                                                        </w:t>
            </w:r>
            <w:r>
              <w:rPr>
                <w:sz w:val="19"/>
              </w:rPr>
              <w:br/>
              <w:t xml:space="preserve">                                                                                                                        </w:t>
            </w:r>
            <w:r>
              <w:rPr>
                <w:sz w:val="19"/>
              </w:rPr>
              <w:br/>
              <w:t xml:space="preserve">                                                                                                                        </w:t>
            </w:r>
          </w:p>
        </w:tc>
      </w:tr>
    </w:tbl>
    <w:p w14:paraId="3A9C30DF" w14:textId="77777777" w:rsidR="00C55433" w:rsidRDefault="00C55433">
      <w:pPr>
        <w:spacing w:after="0"/>
      </w:pPr>
    </w:p>
    <w:p w14:paraId="150BBE98" w14:textId="77777777" w:rsidR="00C55433" w:rsidRDefault="00000000">
      <w:r>
        <w:br w:type="page"/>
      </w:r>
    </w:p>
    <w:p w14:paraId="7E9B900D" w14:textId="77777777" w:rsidR="00C55433" w:rsidRDefault="00000000">
      <w:pPr>
        <w:pStyle w:val="Nagwek1"/>
        <w:spacing w:before="80" w:after="140"/>
      </w:pPr>
      <w:r>
        <w:lastRenderedPageBreak/>
        <w:t>C  Współpraca i oświadczenia</w:t>
      </w:r>
    </w:p>
    <w:p w14:paraId="30F243D3" w14:textId="77777777" w:rsidR="00C55433" w:rsidRDefault="00000000">
      <w:pPr>
        <w:pStyle w:val="Nagwek2"/>
        <w:spacing w:before="140" w:after="60"/>
      </w:pPr>
      <w:r>
        <w:t>Informacja o przetwarzaniu danych osobowych</w:t>
      </w:r>
    </w:p>
    <w:p w14:paraId="5920CE4B" w14:textId="77777777" w:rsidR="00C55433" w:rsidRDefault="00000000">
      <w:r>
        <w:t>Administratorem danych osobowych podanych w formularzu jest Stowarzyszenie Polska Sieć Odnowy i Rozwoju Wsi z siedzibą przy pl. Myśliwca 5, 47-325 Kamień Śląski, e-mail: sekretariat@psorw.pl. Dane będą przetwarzane w celu przyjęcia i oceny zgłoszenia, kontaktu ze zgłaszającym oraz przygotowania, realizacji, promocji i rozliczenia projektu Od atrakcji do pobytu, na podstawie art. 6 ust. 1 lit. f RODO, a w zakresie dokumentacji projektu również art. 6 ust. 1 lit. c RODO. Odbiorcami danych mogą być osoby i podmioty zaangażowane w realizację projektu, dostawcy usług informatycznych, Ministerstwo Sportu i Turystyki oraz uprawnione instytucje kontrolne. Dane będą przechowywane przez okres realizacji i rozliczenia projektu oraz przez okres wymagany dla dokumentacji projektu, nie dłużej niż do końca 2031 r., chyba że przepisy wymagają dłuższego przechowywania. Osobie, której dane dotyczą, przysługuje prawo dostępu do danych, ich sprostowania, ograniczenia przetwarzania, a w przypadkach przewidzianych prawem także usunięcia danych i wniesienia sprzeciwu. Przysługuje również prawo wniesienia skargi do Prezesa Urzędu Ochrony Danych Osobowych. Podanie danych oznaczonych jako wymagane jest niezbędne do przyjęcia zgłoszenia. Dane nie będą wykorzystywane do zautomatyzowanego podejmowania decyzji. Informacje o zgłaszanej ofercie mogą zostać opublikowane dopiero po jej zakwalifikowaniu i uzgodnieniu zakresu publikacji.</w:t>
      </w:r>
    </w:p>
    <w:p w14:paraId="5A96E883" w14:textId="77777777" w:rsidR="00C55433" w:rsidRDefault="00000000">
      <w:pPr>
        <w:keepNext/>
        <w:spacing w:before="120" w:after="40"/>
      </w:pPr>
      <w:r>
        <w:rPr>
          <w:b/>
          <w:sz w:val="21"/>
        </w:rPr>
        <w:t>35. Czy osoba lub podmiot zgłaszający jest gotowy do współpracy przy opracowaniu pakietu?</w:t>
      </w:r>
      <w:r>
        <w:rPr>
          <w:b/>
        </w:rPr>
        <w:t xml:space="preserve"> *</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9978"/>
      </w:tblGrid>
      <w:tr w:rsidR="00C55433" w14:paraId="6E00B5D0" w14:textId="77777777">
        <w:trPr>
          <w:cantSplit/>
        </w:trPr>
        <w:tc>
          <w:tcPr>
            <w:tcW w:w="9978" w:type="dxa"/>
            <w:tcMar>
              <w:top w:w="45" w:type="dxa"/>
              <w:left w:w="60" w:type="dxa"/>
              <w:bottom w:w="45" w:type="dxa"/>
              <w:right w:w="60" w:type="dxa"/>
            </w:tcMar>
            <w:vAlign w:val="center"/>
          </w:tcPr>
          <w:p w14:paraId="6A62DE8D" w14:textId="77777777" w:rsidR="00C55433" w:rsidRDefault="00000000">
            <w:pPr>
              <w:spacing w:after="0"/>
            </w:pPr>
            <w:r>
              <w:rPr>
                <w:sz w:val="19"/>
              </w:rPr>
              <w:t>☐  tak - w spotkaniach online i stacjonarnych</w:t>
            </w:r>
          </w:p>
        </w:tc>
      </w:tr>
      <w:tr w:rsidR="00C55433" w14:paraId="785C6639" w14:textId="77777777">
        <w:trPr>
          <w:cantSplit/>
        </w:trPr>
        <w:tc>
          <w:tcPr>
            <w:tcW w:w="9978" w:type="dxa"/>
            <w:tcMar>
              <w:top w:w="45" w:type="dxa"/>
              <w:left w:w="60" w:type="dxa"/>
              <w:bottom w:w="45" w:type="dxa"/>
              <w:right w:w="60" w:type="dxa"/>
            </w:tcMar>
            <w:vAlign w:val="center"/>
          </w:tcPr>
          <w:p w14:paraId="2C4BF0AA" w14:textId="77777777" w:rsidR="00C55433" w:rsidRDefault="00000000">
            <w:pPr>
              <w:spacing w:after="0"/>
            </w:pPr>
            <w:r>
              <w:rPr>
                <w:sz w:val="19"/>
              </w:rPr>
              <w:t>☐  tak - przede wszystkim w spotkaniach online</w:t>
            </w:r>
          </w:p>
        </w:tc>
      </w:tr>
      <w:tr w:rsidR="00C55433" w14:paraId="73F4B003" w14:textId="77777777">
        <w:trPr>
          <w:cantSplit/>
        </w:trPr>
        <w:tc>
          <w:tcPr>
            <w:tcW w:w="9978" w:type="dxa"/>
            <w:tcMar>
              <w:top w:w="45" w:type="dxa"/>
              <w:left w:w="60" w:type="dxa"/>
              <w:bottom w:w="45" w:type="dxa"/>
              <w:right w:w="60" w:type="dxa"/>
            </w:tcMar>
            <w:vAlign w:val="center"/>
          </w:tcPr>
          <w:p w14:paraId="0BCA88F4" w14:textId="77777777" w:rsidR="00C55433" w:rsidRDefault="00000000">
            <w:pPr>
              <w:spacing w:after="0"/>
            </w:pPr>
            <w:r>
              <w:rPr>
                <w:sz w:val="19"/>
              </w:rPr>
              <w:t>☐  prawdopodobnie tak, po uzgodnieniu terminów i zakresu współpracy</w:t>
            </w:r>
          </w:p>
        </w:tc>
      </w:tr>
      <w:tr w:rsidR="00C55433" w14:paraId="6AB158E4" w14:textId="77777777">
        <w:trPr>
          <w:cantSplit/>
        </w:trPr>
        <w:tc>
          <w:tcPr>
            <w:tcW w:w="9978" w:type="dxa"/>
            <w:tcMar>
              <w:top w:w="45" w:type="dxa"/>
              <w:left w:w="60" w:type="dxa"/>
              <w:bottom w:w="45" w:type="dxa"/>
              <w:right w:w="60" w:type="dxa"/>
            </w:tcMar>
            <w:vAlign w:val="center"/>
          </w:tcPr>
          <w:p w14:paraId="0D1145D9" w14:textId="77777777" w:rsidR="00C55433" w:rsidRDefault="00000000">
            <w:pPr>
              <w:spacing w:after="0"/>
            </w:pPr>
            <w:r>
              <w:rPr>
                <w:sz w:val="19"/>
              </w:rPr>
              <w:t>☐  na obecnym etapie trudno określić</w:t>
            </w:r>
          </w:p>
        </w:tc>
      </w:tr>
      <w:tr w:rsidR="00C55433" w14:paraId="544D7828" w14:textId="77777777">
        <w:trPr>
          <w:cantSplit/>
        </w:trPr>
        <w:tc>
          <w:tcPr>
            <w:tcW w:w="9978" w:type="dxa"/>
            <w:tcMar>
              <w:top w:w="45" w:type="dxa"/>
              <w:left w:w="60" w:type="dxa"/>
              <w:bottom w:w="45" w:type="dxa"/>
              <w:right w:w="60" w:type="dxa"/>
            </w:tcMar>
            <w:vAlign w:val="center"/>
          </w:tcPr>
          <w:p w14:paraId="30AC1279" w14:textId="77777777" w:rsidR="00C55433" w:rsidRDefault="00000000">
            <w:pPr>
              <w:spacing w:after="0"/>
            </w:pPr>
            <w:r>
              <w:rPr>
                <w:sz w:val="19"/>
              </w:rPr>
              <w:t>☐  nie</w:t>
            </w:r>
          </w:p>
        </w:tc>
      </w:tr>
    </w:tbl>
    <w:p w14:paraId="3B078C52" w14:textId="77777777" w:rsidR="00C55433" w:rsidRDefault="00C55433">
      <w:pPr>
        <w:spacing w:after="0"/>
      </w:pPr>
    </w:p>
    <w:p w14:paraId="2B9EEDF2" w14:textId="77777777" w:rsidR="00C55433" w:rsidRDefault="00000000">
      <w:r>
        <w:br w:type="page"/>
      </w:r>
    </w:p>
    <w:p w14:paraId="0B1B33AF" w14:textId="77777777" w:rsidR="00C55433" w:rsidRDefault="00000000">
      <w:pPr>
        <w:keepNext/>
        <w:spacing w:before="120" w:after="40"/>
      </w:pPr>
      <w:r>
        <w:rPr>
          <w:b/>
          <w:sz w:val="21"/>
        </w:rPr>
        <w:lastRenderedPageBreak/>
        <w:t>36. Potwierdzenie prawidłowości zgłoszenia</w:t>
      </w:r>
      <w:r>
        <w:rPr>
          <w:b/>
        </w:rPr>
        <w:t xml:space="preserve"> *</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9978"/>
      </w:tblGrid>
      <w:tr w:rsidR="00C55433" w14:paraId="1B5711E5" w14:textId="77777777">
        <w:trPr>
          <w:cantSplit/>
        </w:trPr>
        <w:tc>
          <w:tcPr>
            <w:tcW w:w="9978" w:type="dxa"/>
            <w:tcMar>
              <w:top w:w="45" w:type="dxa"/>
              <w:left w:w="60" w:type="dxa"/>
              <w:bottom w:w="45" w:type="dxa"/>
              <w:right w:w="60" w:type="dxa"/>
            </w:tcMar>
            <w:vAlign w:val="center"/>
          </w:tcPr>
          <w:p w14:paraId="2D9A8117" w14:textId="77777777" w:rsidR="00C55433" w:rsidRDefault="00000000">
            <w:pPr>
              <w:spacing w:after="0"/>
            </w:pPr>
            <w:r>
              <w:rPr>
                <w:sz w:val="19"/>
              </w:rPr>
              <w:t>☐  Potwierdzam, że podane informacje są zgodne z moją wiedzą. Przyjmuję do wiadomości, że przesłanie formularza nie jest równoznaczne z zakwalifikowaniem zgłoszenia do projektu ani z automatyczną publikacją oferty.</w:t>
            </w:r>
          </w:p>
        </w:tc>
      </w:tr>
    </w:tbl>
    <w:p w14:paraId="76563D0E" w14:textId="77777777" w:rsidR="00C55433" w:rsidRDefault="00C55433">
      <w:pPr>
        <w:spacing w:after="0"/>
      </w:pPr>
    </w:p>
    <w:p w14:paraId="65712B22" w14:textId="77777777" w:rsidR="00C55433" w:rsidRDefault="00000000">
      <w:pPr>
        <w:keepNext/>
        <w:spacing w:before="120" w:after="40"/>
      </w:pPr>
      <w:r>
        <w:rPr>
          <w:b/>
          <w:sz w:val="21"/>
        </w:rPr>
        <w:t>37. Zapoznanie się z informacją o przetwarzaniu danych osobowych</w:t>
      </w:r>
      <w:r>
        <w:rPr>
          <w:b/>
        </w:rPr>
        <w:t xml:space="preserve"> *</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9978"/>
      </w:tblGrid>
      <w:tr w:rsidR="00C55433" w14:paraId="65F02A80" w14:textId="77777777">
        <w:trPr>
          <w:cantSplit/>
        </w:trPr>
        <w:tc>
          <w:tcPr>
            <w:tcW w:w="9978" w:type="dxa"/>
            <w:tcMar>
              <w:top w:w="45" w:type="dxa"/>
              <w:left w:w="60" w:type="dxa"/>
              <w:bottom w:w="45" w:type="dxa"/>
              <w:right w:w="60" w:type="dxa"/>
            </w:tcMar>
            <w:vAlign w:val="center"/>
          </w:tcPr>
          <w:p w14:paraId="4190AAAB" w14:textId="77777777" w:rsidR="00C55433" w:rsidRDefault="00000000">
            <w:pPr>
              <w:spacing w:after="0"/>
            </w:pPr>
            <w:r>
              <w:rPr>
                <w:sz w:val="19"/>
              </w:rPr>
              <w:t>☐  Potwierdzam, że zapoznałam(-em) się z informacją o przetwarzaniu danych osobowych.</w:t>
            </w:r>
          </w:p>
        </w:tc>
      </w:tr>
    </w:tbl>
    <w:p w14:paraId="499B5C2C" w14:textId="77777777" w:rsidR="00C55433" w:rsidRDefault="00C55433">
      <w:pPr>
        <w:spacing w:after="0"/>
      </w:pPr>
    </w:p>
    <w:p w14:paraId="682BDE7F" w14:textId="77777777" w:rsidR="00C55433" w:rsidRDefault="00000000">
      <w:pPr>
        <w:keepNext/>
        <w:spacing w:before="120" w:after="40"/>
      </w:pPr>
      <w:r>
        <w:rPr>
          <w:b/>
          <w:sz w:val="21"/>
        </w:rPr>
        <w:t>38. Dodatkowe informacje lub uwagi</w:t>
      </w:r>
    </w:p>
    <w:p w14:paraId="76039828" w14:textId="77777777" w:rsidR="00C55433" w:rsidRDefault="00000000">
      <w:pPr>
        <w:spacing w:after="60"/>
        <w:ind w:left="227"/>
      </w:pPr>
      <w:r>
        <w:rPr>
          <w:i/>
          <w:color w:val="5A5A5A"/>
          <w:sz w:val="17"/>
        </w:rPr>
        <w:t>Można tutaj wpisać informacje, których nie uwzględniono we wcześniejszych pytaniach.</w:t>
      </w:r>
    </w:p>
    <w:tbl>
      <w:tblPr>
        <w:tblW w:w="0" w:type="auto"/>
        <w:tblBorders>
          <w:top w:val="single" w:sz="4" w:space="0" w:color="D9E2E3"/>
          <w:left w:val="single" w:sz="4" w:space="0" w:color="D9E2E3"/>
          <w:bottom w:val="single" w:sz="4" w:space="0" w:color="D9E2E3"/>
          <w:right w:val="single" w:sz="4" w:space="0" w:color="D9E2E3"/>
          <w:insideH w:val="single" w:sz="4" w:space="0" w:color="D9E2E3"/>
          <w:insideV w:val="single" w:sz="4" w:space="0" w:color="D9E2E3"/>
        </w:tblBorders>
        <w:tblLayout w:type="fixed"/>
        <w:tblLook w:val="04A0" w:firstRow="1" w:lastRow="0" w:firstColumn="1" w:lastColumn="0" w:noHBand="0" w:noVBand="1"/>
      </w:tblPr>
      <w:tblGrid>
        <w:gridCol w:w="9978"/>
      </w:tblGrid>
      <w:tr w:rsidR="00C55433" w14:paraId="7AED3AB1" w14:textId="77777777">
        <w:trPr>
          <w:cantSplit/>
        </w:trPr>
        <w:tc>
          <w:tcPr>
            <w:tcW w:w="9978" w:type="dxa"/>
            <w:shd w:val="clear" w:color="auto" w:fill="FFFFFF"/>
            <w:tcMar>
              <w:top w:w="120" w:type="dxa"/>
              <w:left w:w="140" w:type="dxa"/>
              <w:bottom w:w="120" w:type="dxa"/>
              <w:right w:w="140" w:type="dxa"/>
            </w:tcMar>
          </w:tcPr>
          <w:p w14:paraId="02F13790" w14:textId="77777777" w:rsidR="00C55433" w:rsidRDefault="00000000">
            <w:pPr>
              <w:spacing w:after="0"/>
            </w:pPr>
            <w:r>
              <w:rPr>
                <w:sz w:val="19"/>
              </w:rPr>
              <w:t xml:space="preserve">                                                                                                                        </w:t>
            </w:r>
            <w:r>
              <w:rPr>
                <w:sz w:val="19"/>
              </w:rPr>
              <w:br/>
              <w:t xml:space="preserve">                                                                                                                        </w:t>
            </w:r>
            <w:r>
              <w:rPr>
                <w:sz w:val="19"/>
              </w:rPr>
              <w:br/>
              <w:t xml:space="preserve">                                                                                                                        </w:t>
            </w:r>
            <w:r>
              <w:rPr>
                <w:sz w:val="19"/>
              </w:rPr>
              <w:br/>
              <w:t xml:space="preserve">                                                                                                                        </w:t>
            </w:r>
            <w:r>
              <w:rPr>
                <w:sz w:val="19"/>
              </w:rPr>
              <w:br/>
              <w:t xml:space="preserve">                                                                                                                        </w:t>
            </w:r>
          </w:p>
        </w:tc>
      </w:tr>
    </w:tbl>
    <w:p w14:paraId="79F19F05" w14:textId="77777777" w:rsidR="00C55433" w:rsidRDefault="00C55433">
      <w:pPr>
        <w:spacing w:after="0"/>
      </w:pPr>
    </w:p>
    <w:p w14:paraId="456E8A5D" w14:textId="77777777" w:rsidR="00C55433" w:rsidRDefault="00000000">
      <w:pPr>
        <w:pStyle w:val="Nagwek2"/>
        <w:spacing w:before="140" w:after="60"/>
      </w:pPr>
      <w:r>
        <w:t>Podpis zgłaszającego</w:t>
      </w:r>
    </w:p>
    <w:tbl>
      <w:tblPr>
        <w:tblW w:w="0" w:type="auto"/>
        <w:tblBorders>
          <w:top w:val="single" w:sz="4" w:space="0" w:color="D9E2E3"/>
          <w:left w:val="single" w:sz="4" w:space="0" w:color="D9E2E3"/>
          <w:bottom w:val="single" w:sz="4" w:space="0" w:color="D9E2E3"/>
          <w:right w:val="single" w:sz="4" w:space="0" w:color="D9E2E3"/>
          <w:insideH w:val="single" w:sz="4" w:space="0" w:color="D9E2E3"/>
          <w:insideV w:val="single" w:sz="4" w:space="0" w:color="D9E2E3"/>
        </w:tblBorders>
        <w:tblLayout w:type="fixed"/>
        <w:tblLook w:val="04A0" w:firstRow="1" w:lastRow="0" w:firstColumn="1" w:lastColumn="0" w:noHBand="0" w:noVBand="1"/>
      </w:tblPr>
      <w:tblGrid>
        <w:gridCol w:w="4989"/>
        <w:gridCol w:w="4989"/>
      </w:tblGrid>
      <w:tr w:rsidR="00C55433" w14:paraId="724DD075" w14:textId="77777777">
        <w:trPr>
          <w:cantSplit/>
        </w:trPr>
        <w:tc>
          <w:tcPr>
            <w:tcW w:w="4989" w:type="dxa"/>
            <w:shd w:val="clear" w:color="auto" w:fill="EAF5F5"/>
            <w:tcMar>
              <w:top w:w="100" w:type="dxa"/>
              <w:left w:w="120" w:type="dxa"/>
              <w:bottom w:w="100" w:type="dxa"/>
              <w:right w:w="120" w:type="dxa"/>
            </w:tcMar>
          </w:tcPr>
          <w:p w14:paraId="3CBEDBE4" w14:textId="77777777" w:rsidR="00C55433" w:rsidRDefault="00000000">
            <w:r>
              <w:rPr>
                <w:sz w:val="19"/>
              </w:rPr>
              <w:t>Miejscowość i data</w:t>
            </w:r>
          </w:p>
        </w:tc>
        <w:tc>
          <w:tcPr>
            <w:tcW w:w="4989" w:type="dxa"/>
            <w:shd w:val="clear" w:color="auto" w:fill="EAF5F5"/>
            <w:tcMar>
              <w:top w:w="100" w:type="dxa"/>
              <w:left w:w="120" w:type="dxa"/>
              <w:bottom w:w="100" w:type="dxa"/>
              <w:right w:w="120" w:type="dxa"/>
            </w:tcMar>
          </w:tcPr>
          <w:p w14:paraId="010685F6" w14:textId="77777777" w:rsidR="00C55433" w:rsidRDefault="00000000">
            <w:r>
              <w:rPr>
                <w:sz w:val="19"/>
              </w:rPr>
              <w:t>Imię i nazwisko oraz podpis</w:t>
            </w:r>
          </w:p>
        </w:tc>
      </w:tr>
      <w:tr w:rsidR="00C55433" w14:paraId="33BD61DD" w14:textId="77777777">
        <w:trPr>
          <w:cantSplit/>
        </w:trPr>
        <w:tc>
          <w:tcPr>
            <w:tcW w:w="4989" w:type="dxa"/>
          </w:tcPr>
          <w:p w14:paraId="2E430B26" w14:textId="77777777" w:rsidR="00C55433" w:rsidRDefault="00000000">
            <w:r>
              <w:rPr>
                <w:sz w:val="19"/>
              </w:rPr>
              <w:br/>
            </w:r>
            <w:r>
              <w:rPr>
                <w:sz w:val="19"/>
              </w:rPr>
              <w:br/>
            </w:r>
          </w:p>
        </w:tc>
        <w:tc>
          <w:tcPr>
            <w:tcW w:w="4989" w:type="dxa"/>
          </w:tcPr>
          <w:p w14:paraId="5D0F6C5F" w14:textId="77777777" w:rsidR="00C55433" w:rsidRDefault="00000000">
            <w:r>
              <w:rPr>
                <w:sz w:val="19"/>
              </w:rPr>
              <w:br/>
            </w:r>
            <w:r>
              <w:rPr>
                <w:sz w:val="19"/>
              </w:rPr>
              <w:br/>
            </w:r>
          </w:p>
        </w:tc>
      </w:tr>
    </w:tbl>
    <w:p w14:paraId="03601D9A" w14:textId="77777777" w:rsidR="008C59CC" w:rsidRDefault="008C59CC"/>
    <w:sectPr w:rsidR="008C59CC" w:rsidSect="00034616">
      <w:footerReference w:type="default" r:id="rId9"/>
      <w:pgSz w:w="11906" w:h="16838"/>
      <w:pgMar w:top="794" w:right="964" w:bottom="794" w:left="9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0214D3" w14:textId="77777777" w:rsidR="00951F82" w:rsidRDefault="00951F82">
      <w:pPr>
        <w:spacing w:after="0" w:line="240" w:lineRule="auto"/>
      </w:pPr>
      <w:r>
        <w:separator/>
      </w:r>
    </w:p>
  </w:endnote>
  <w:endnote w:type="continuationSeparator" w:id="0">
    <w:p w14:paraId="599070A6" w14:textId="77777777" w:rsidR="00951F82" w:rsidRDefault="00951F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CEFDF" w14:textId="77777777" w:rsidR="00C55433" w:rsidRDefault="00000000">
    <w:pPr>
      <w:pStyle w:val="Stopka"/>
      <w:jc w:val="center"/>
    </w:pPr>
    <w:proofErr w:type="spellStart"/>
    <w:r>
      <w:rPr>
        <w:color w:val="646464"/>
        <w:sz w:val="16"/>
      </w:rPr>
      <w:t>Stowarzyszenie</w:t>
    </w:r>
    <w:proofErr w:type="spellEnd"/>
    <w:r>
      <w:rPr>
        <w:color w:val="646464"/>
        <w:sz w:val="16"/>
      </w:rPr>
      <w:t xml:space="preserve"> Polska </w:t>
    </w:r>
    <w:proofErr w:type="spellStart"/>
    <w:r>
      <w:rPr>
        <w:color w:val="646464"/>
        <w:sz w:val="16"/>
      </w:rPr>
      <w:t>Sieć</w:t>
    </w:r>
    <w:proofErr w:type="spellEnd"/>
    <w:r>
      <w:rPr>
        <w:color w:val="646464"/>
        <w:sz w:val="16"/>
      </w:rPr>
      <w:t xml:space="preserve"> </w:t>
    </w:r>
    <w:proofErr w:type="spellStart"/>
    <w:r>
      <w:rPr>
        <w:color w:val="646464"/>
        <w:sz w:val="16"/>
      </w:rPr>
      <w:t>Odnowy</w:t>
    </w:r>
    <w:proofErr w:type="spellEnd"/>
    <w:r>
      <w:rPr>
        <w:color w:val="646464"/>
        <w:sz w:val="16"/>
      </w:rPr>
      <w:t xml:space="preserve"> </w:t>
    </w:r>
    <w:proofErr w:type="spellStart"/>
    <w:r>
      <w:rPr>
        <w:color w:val="646464"/>
        <w:sz w:val="16"/>
      </w:rPr>
      <w:t>i</w:t>
    </w:r>
    <w:proofErr w:type="spellEnd"/>
    <w:r>
      <w:rPr>
        <w:color w:val="646464"/>
        <w:sz w:val="16"/>
      </w:rPr>
      <w:t xml:space="preserve"> </w:t>
    </w:r>
    <w:proofErr w:type="spellStart"/>
    <w:r>
      <w:rPr>
        <w:color w:val="646464"/>
        <w:sz w:val="16"/>
      </w:rPr>
      <w:t>Rozwoju</w:t>
    </w:r>
    <w:proofErr w:type="spellEnd"/>
    <w:r>
      <w:rPr>
        <w:color w:val="646464"/>
        <w:sz w:val="16"/>
      </w:rPr>
      <w:t xml:space="preserve"> </w:t>
    </w:r>
    <w:proofErr w:type="spellStart"/>
    <w:r>
      <w:rPr>
        <w:color w:val="646464"/>
        <w:sz w:val="16"/>
      </w:rPr>
      <w:t>Wsi</w:t>
    </w:r>
    <w:proofErr w:type="spellEnd"/>
    <w:r>
      <w:rPr>
        <w:color w:val="646464"/>
        <w:sz w:val="16"/>
      </w:rPr>
      <w:t xml:space="preserve">  |  </w:t>
    </w:r>
    <w:proofErr w:type="spellStart"/>
    <w:r>
      <w:rPr>
        <w:color w:val="646464"/>
        <w:sz w:val="16"/>
      </w:rPr>
      <w:t>Formularz</w:t>
    </w:r>
    <w:proofErr w:type="spellEnd"/>
    <w:r>
      <w:rPr>
        <w:color w:val="646464"/>
        <w:sz w:val="16"/>
      </w:rPr>
      <w:t xml:space="preserve"> </w:t>
    </w:r>
    <w:proofErr w:type="spellStart"/>
    <w:r>
      <w:rPr>
        <w:color w:val="646464"/>
        <w:sz w:val="16"/>
      </w:rPr>
      <w:t>zgłoszeniowy</w:t>
    </w:r>
    <w:proofErr w:type="spellEnd"/>
    <w:r>
      <w:rPr>
        <w:color w:val="646464"/>
        <w:sz w:val="16"/>
      </w:rPr>
      <w:t xml:space="preserve">  |  </w:t>
    </w:r>
    <w:r>
      <w:fldChar w:fldCharType="begin"/>
    </w:r>
    <w:r>
      <w:instrText>PAGE</w:instrText>
    </w:r>
    <w:r>
      <w:fldChar w:fldCharType="separate"/>
    </w:r>
    <w:r w:rsidR="00AE06C2">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689907" w14:textId="77777777" w:rsidR="00951F82" w:rsidRDefault="00951F82">
      <w:pPr>
        <w:spacing w:after="0" w:line="240" w:lineRule="auto"/>
      </w:pPr>
      <w:r>
        <w:separator/>
      </w:r>
    </w:p>
  </w:footnote>
  <w:footnote w:type="continuationSeparator" w:id="0">
    <w:p w14:paraId="50F78319" w14:textId="77777777" w:rsidR="00951F82" w:rsidRDefault="00951F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16cid:durableId="1039427501">
    <w:abstractNumId w:val="8"/>
  </w:num>
  <w:num w:numId="2" w16cid:durableId="411775183">
    <w:abstractNumId w:val="6"/>
  </w:num>
  <w:num w:numId="3" w16cid:durableId="1186945641">
    <w:abstractNumId w:val="5"/>
  </w:num>
  <w:num w:numId="4" w16cid:durableId="1240673842">
    <w:abstractNumId w:val="4"/>
  </w:num>
  <w:num w:numId="5" w16cid:durableId="1818186531">
    <w:abstractNumId w:val="7"/>
  </w:num>
  <w:num w:numId="6" w16cid:durableId="557908644">
    <w:abstractNumId w:val="3"/>
  </w:num>
  <w:num w:numId="7" w16cid:durableId="193232572">
    <w:abstractNumId w:val="2"/>
  </w:num>
  <w:num w:numId="8" w16cid:durableId="1952397699">
    <w:abstractNumId w:val="1"/>
  </w:num>
  <w:num w:numId="9" w16cid:durableId="12139305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B76DF"/>
    <w:rsid w:val="00237AAA"/>
    <w:rsid w:val="00264376"/>
    <w:rsid w:val="0029639D"/>
    <w:rsid w:val="00326F90"/>
    <w:rsid w:val="008C59CC"/>
    <w:rsid w:val="00951F82"/>
    <w:rsid w:val="00AA1D8D"/>
    <w:rsid w:val="00AE06C2"/>
    <w:rsid w:val="00B47730"/>
    <w:rsid w:val="00C55433"/>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EF69C7A"/>
  <w14:defaultImageDpi w14:val="300"/>
  <w15:docId w15:val="{71BA8160-5CD1-4787-8155-11450FEFD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80" w:line="252" w:lineRule="auto"/>
    </w:pPr>
    <w:rPr>
      <w:rFonts w:ascii="Aptos" w:hAnsi="Aptos"/>
      <w:color w:val="1E1E1E"/>
      <w:sz w:val="20"/>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000000"/>
      <w:sz w:val="32"/>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000000"/>
      <w:sz w:val="24"/>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000000"/>
      <w:spacing w:val="5"/>
      <w:kern w:val="28"/>
      <w:sz w:val="44"/>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2559</Words>
  <Characters>15358</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17882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Formularz zgłoszeniowy Od atrakcji do pobytu</dc:title>
  <dc:subject>Formularz zgłoszeniowy do projektu</dc:subject>
  <dc:creator>Stowarzyszenie Polska Sieć Odnowy i Rozwoju Wsi</dc:creator>
  <cp:keywords/>
  <dc:description>generated by python-docx</dc:description>
  <cp:lastModifiedBy>user</cp:lastModifiedBy>
  <cp:revision>2</cp:revision>
  <dcterms:created xsi:type="dcterms:W3CDTF">2026-11-04T07:32:00Z</dcterms:created>
  <dcterms:modified xsi:type="dcterms:W3CDTF">2026-11-04T07:32:00Z</dcterms:modified>
  <cp:category/>
</cp:coreProperties>
</file>